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69003 Lyon]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</w:rPr>
        <w:t xml:space="preserve">Cabinet dentaire </w:t>
      </w:r>
      <w:r>
        <w:rPr>
          <w:b w:val="0"/>
          <w:color w:val="2446A6"/>
        </w:rPr>
        <w:t>[Dr Martin]</w:t>
      </w:r>
    </w:p>
    <w:p>
      <w:pPr>
        <w:spacing w:after="0"/>
        <w:jc w:val="right"/>
      </w:pPr>
      <w:r>
        <w:rPr>
          <w:b w:val="0"/>
          <w:color w:val="2446A6"/>
        </w:rPr>
        <w:t>[8 avenue Jean-Mermoz, 69008 Lyon]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>Objet : candidature au poste d'assistante dentaire qualifiée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Votre annonce publiée sur le site de l'Ordre des chirurgiens-dentistes du Rhône pour un poste d'assistante dentaire à temps plein, du lundi au vendredi de 9 h à 18 h, correspond exactement au profil que je recherche après </w:t>
      </w:r>
      <w:r>
        <w:rPr>
          <w:b w:val="0"/>
          <w:color w:val="2446A6"/>
        </w:rPr>
        <w:t>[quatre ans]</w:t>
      </w:r>
      <w:r>
        <w:rPr>
          <w:b w:val="0"/>
        </w:rPr>
        <w:t xml:space="preserve"> passés au fauteuil dans un cabinet omnipratique de </w:t>
      </w:r>
      <w:r>
        <w:rPr>
          <w:b w:val="0"/>
          <w:color w:val="2446A6"/>
        </w:rPr>
        <w:t>[la Croix-Rousse]</w:t>
      </w:r>
      <w:r>
        <w:rPr>
          <w:b w:val="0"/>
        </w:rPr>
        <w:t>.</w:t>
      </w:r>
    </w:p>
    <w:p>
      <w:r>
        <w:rPr>
          <w:b w:val="0"/>
        </w:rPr>
        <w:t xml:space="preserve">Diplômée du </w:t>
      </w:r>
      <w:r>
        <w:rPr>
          <w:b w:val="0"/>
          <w:color w:val="2446A6"/>
        </w:rPr>
        <w:t>[BTS assistante dentaire]</w:t>
      </w:r>
      <w:r>
        <w:rPr>
          <w:b w:val="0"/>
        </w:rPr>
        <w:t xml:space="preserve"> en </w:t>
      </w:r>
      <w:r>
        <w:rPr>
          <w:b w:val="0"/>
          <w:color w:val="2446A6"/>
        </w:rPr>
        <w:t>[2022]</w:t>
      </w:r>
      <w:r>
        <w:rPr>
          <w:b w:val="0"/>
        </w:rPr>
        <w:t xml:space="preserve">, je maîtrise la stérilisation en autoclave classe B, la gestion des stocks de consommables, la prise de rendez-vous sur </w:t>
      </w:r>
      <w:r>
        <w:rPr>
          <w:b w:val="0"/>
          <w:color w:val="2446A6"/>
        </w:rPr>
        <w:t>[Logos]</w:t>
      </w:r>
      <w:r>
        <w:rPr>
          <w:b w:val="0"/>
        </w:rPr>
        <w:t xml:space="preserve"> et la tenue des dossiers patients. Dans mon poste actuel, j'assure l'assistance à quatre mains en endodontie et en implantologie, et je prépare les plateaux pour les empreintes optiques.</w:t>
      </w:r>
    </w:p>
    <w:p>
      <w:r>
        <w:rPr>
          <w:b w:val="0"/>
        </w:rPr>
        <w:t>Je gère également la facturation des soins prothétiques et les demandes de devis auprès des mutuelles, ce qui limite les impayés et fluidifie le passage à l'accueil. Habituée aux patients anxieux, je prends le temps d'expliquer chaque étape avant l'anesthésie.</w:t>
      </w:r>
    </w:p>
    <w:p>
      <w:r>
        <w:rPr>
          <w:b w:val="0"/>
        </w:rPr>
        <w:t xml:space="preserve">Je suis disponible pour un entretien à votre convenance, y compris en fin de journée après 18 h 30, et je peux commencer dès le </w:t>
      </w:r>
      <w:r>
        <w:rPr>
          <w:b w:val="0"/>
          <w:color w:val="2446A6"/>
        </w:rPr>
        <w:t>[2 novembre 2026]</w:t>
      </w:r>
      <w:r>
        <w:rPr>
          <w:b w:val="0"/>
        </w:rPr>
        <w:t>.</w:t>
      </w:r>
    </w:p>
    <w:p>
      <w:r>
        <w:rPr>
          <w:b w:val="0"/>
        </w:rPr>
        <w:t>Je vous remercie de l'attention portée à ma candidature et vous prie d'agréer, Madame, Monsieur, l'expression de ma considération distinguée.</w:t>
      </w:r>
    </w:p>
    <w:p>
      <w:r>
        <w:rPr>
          <w:b w:val="0"/>
        </w:rPr>
        <w:t>Je vous prie d'agréer, Madame, Monsieur,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CV, copie du diplôme d'assistante dentaire, attestation de formation continue en radioprotection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assistante dentaire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