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[Numéro et rue]</w:t>
      </w:r>
    </w:p>
    <w:p>
      <w:pPr>
        <w:spacing w:after="0"/>
      </w:pPr>
      <w:r>
        <w:rPr>
          <w:b w:val="0"/>
          <w:color w:val="2446A6"/>
        </w:rPr>
        <w:t>[Code postal Ville]</w:t>
      </w:r>
    </w:p>
    <w:p>
      <w:pPr>
        <w:spacing w:after="0"/>
      </w:pPr>
      <w:r>
        <w:rPr>
          <w:b w:val="0"/>
          <w:color w:val="2446A6"/>
        </w:rPr>
        <w:t>[Téléphone]</w:t>
      </w:r>
    </w:p>
    <w:p>
      <w:pPr>
        <w:spacing w:after="0"/>
      </w:pPr>
      <w:r>
        <w:rPr>
          <w:b w:val="0"/>
          <w:color w:val="2446A6"/>
        </w:rPr>
        <w:t>[Adresse e-mail]</w:t>
      </w:r>
    </w:p>
    <w:p/>
    <w:p>
      <w:pPr>
        <w:spacing w:after="0"/>
        <w:jc w:val="right"/>
      </w:pPr>
      <w:r>
        <w:rPr>
          <w:b w:val="0"/>
        </w:rPr>
        <w:t>Service de Protection Maternelle et Infantile</w:t>
      </w:r>
    </w:p>
    <w:p>
      <w:pPr>
        <w:spacing w:after="0"/>
        <w:jc w:val="right"/>
      </w:pPr>
      <w:r>
        <w:rPr>
          <w:b w:val="0"/>
        </w:rPr>
        <w:t xml:space="preserve">Conseil départemental de </w:t>
      </w:r>
      <w:r>
        <w:rPr>
          <w:b w:val="0"/>
          <w:color w:val="2446A6"/>
        </w:rPr>
        <w:t>[Département]</w:t>
      </w:r>
    </w:p>
    <w:p>
      <w:pPr>
        <w:spacing w:after="0"/>
        <w:jc w:val="right"/>
      </w:pPr>
      <w:r>
        <w:rPr>
          <w:b w:val="0"/>
          <w:color w:val="2446A6"/>
        </w:rPr>
        <w:t>[Adresse du service PMI]</w:t>
      </w:r>
    </w:p>
    <w:p/>
    <w:p>
      <w:pPr>
        <w:jc w:val="right"/>
      </w:pPr>
      <w:r>
        <w:rPr>
          <w:b w:val="0"/>
        </w:rPr>
        <w:t xml:space="preserve">À </w:t>
      </w:r>
      <w:r>
        <w:rPr>
          <w:b w:val="0"/>
          <w:color w:val="2446A6"/>
        </w:rPr>
        <w:t>[Ville]</w:t>
      </w:r>
      <w:r>
        <w:rPr>
          <w:b w:val="0"/>
        </w:rPr>
        <w:t>, le 24 septembre 2026</w:t>
      </w:r>
    </w:p>
    <w:p>
      <w:pPr>
        <w:spacing w:after="0"/>
      </w:pPr>
      <w:r>
        <w:rPr>
          <w:b/>
        </w:rPr>
        <w:t>Lettre recommandée avec accusé de réception</w:t>
      </w:r>
    </w:p>
    <w:p>
      <w:r>
        <w:rPr>
          <w:b/>
        </w:rPr>
        <w:t>Objet : Demande d’agrément d’assistante maternelle</w:t>
      </w:r>
    </w:p>
    <w:p/>
    <w:p>
      <w:r>
        <w:rPr>
          <w:b w:val="0"/>
        </w:rPr>
        <w:t>Madame, Monsieur,</w:t>
      </w:r>
    </w:p>
    <w:p>
      <w:r>
        <w:rPr>
          <w:b w:val="0"/>
        </w:rPr>
        <w:t xml:space="preserve">Titulaire du CAP Accompagnant Éducatif Petite Enfance depuis </w:t>
      </w:r>
      <w:r>
        <w:rPr>
          <w:b w:val="0"/>
          <w:color w:val="2446A6"/>
        </w:rPr>
        <w:t>[2024]</w:t>
      </w:r>
      <w:r>
        <w:rPr>
          <w:b w:val="0"/>
        </w:rPr>
        <w:t xml:space="preserve"> et mère de </w:t>
      </w:r>
      <w:r>
        <w:rPr>
          <w:b w:val="0"/>
          <w:color w:val="2446A6"/>
        </w:rPr>
        <w:t>[deux]</w:t>
      </w:r>
      <w:r>
        <w:rPr>
          <w:b w:val="0"/>
        </w:rPr>
        <w:t xml:space="preserve"> enfants, je sollicite un agrément pour accueillir </w:t>
      </w:r>
      <w:r>
        <w:rPr>
          <w:b w:val="0"/>
          <w:color w:val="2446A6"/>
        </w:rPr>
        <w:t>[deux]</w:t>
      </w:r>
      <w:r>
        <w:rPr>
          <w:b w:val="0"/>
        </w:rPr>
        <w:t xml:space="preserve"> mineurs à mon domicile situé </w:t>
      </w:r>
      <w:r>
        <w:rPr>
          <w:b w:val="0"/>
          <w:color w:val="2446A6"/>
        </w:rPr>
        <w:t>[adresse complète]</w:t>
      </w:r>
      <w:r>
        <w:rPr>
          <w:b w:val="0"/>
        </w:rPr>
        <w:t xml:space="preserve">. Mon logement, un </w:t>
      </w:r>
      <w:r>
        <w:rPr>
          <w:b w:val="0"/>
          <w:color w:val="2446A6"/>
        </w:rPr>
        <w:t>[appartement de 75 m² avec balcon sécurisé]</w:t>
      </w:r>
      <w:r>
        <w:rPr>
          <w:b w:val="0"/>
        </w:rPr>
        <w:t xml:space="preserve">, dispose d’une chambre de </w:t>
      </w:r>
      <w:r>
        <w:rPr>
          <w:b w:val="0"/>
          <w:color w:val="2446A6"/>
        </w:rPr>
        <w:t>[12 m²]</w:t>
      </w:r>
      <w:r>
        <w:rPr>
          <w:b w:val="0"/>
        </w:rPr>
        <w:t xml:space="preserve"> dédiée aux activités et au repos, conforme à la surface minimale de 9 m² par enfant.</w:t>
      </w:r>
    </w:p>
    <w:p>
      <w:r>
        <w:rPr>
          <w:b w:val="0"/>
        </w:rPr>
        <w:t>Mon projet d’accueil, joint à ce courrier, détaille l’organisation d’une journée type : arrivée échelonnée entre 7h30 et 9h, temps d’éveil structuré autour de la motricité libre, repas préparés sur place avec des produits frais, sieste en chambre individuelle et sortie quotidienne au square municipal situé à 200 mètres. J’ai prévu un protocole de transmission quotidien aux parents via un carnet de liaison numérique.</w:t>
      </w:r>
    </w:p>
    <w:p>
      <w:r>
        <w:rPr>
          <w:b w:val="0"/>
        </w:rPr>
        <w:t xml:space="preserve">J’ai suivi la formation initiale de 120 heures auprès de l’organisme </w:t>
      </w:r>
      <w:r>
        <w:rPr>
          <w:b w:val="0"/>
          <w:color w:val="2446A6"/>
        </w:rPr>
        <w:t>[Nom de l’organisme]</w:t>
      </w:r>
      <w:r>
        <w:rPr>
          <w:b w:val="0"/>
        </w:rPr>
        <w:t xml:space="preserve"> en </w:t>
      </w:r>
      <w:r>
        <w:rPr>
          <w:b w:val="0"/>
          <w:color w:val="2446A6"/>
        </w:rPr>
        <w:t>[mars 2026]</w:t>
      </w:r>
      <w:r>
        <w:rPr>
          <w:b w:val="0"/>
        </w:rPr>
        <w:t xml:space="preserve">, où j’ai approfondi les règles d’hygiène HACCP, la prévention des risques domestiques et les stades du développement psychomoteur de 0 à 6 ans. Ma certification Sauveteur Secouriste du Travail, obtenue le </w:t>
      </w:r>
      <w:r>
        <w:rPr>
          <w:b w:val="0"/>
          <w:color w:val="2446A6"/>
        </w:rPr>
        <w:t>[15 mai 2026]</w:t>
      </w:r>
      <w:r>
        <w:rPr>
          <w:b w:val="0"/>
        </w:rPr>
        <w:t>, garantit une réaction immédiate face à un étouffement ou une chute.</w:t>
      </w:r>
    </w:p>
    <w:p>
      <w:r>
        <w:rPr>
          <w:b w:val="0"/>
        </w:rPr>
        <w:t>Je connais les termes du référentiel national d’agrément fixé par l’article L.421-3 du Code de l’action sociale et des familles et je m’engage à respecter le taux d’encadrement d’un adulte pour deux enfants de moins de 3 ans. Je reste à votre disposition pour une visite d’évaluation à mon domicile.</w:t>
      </w:r>
    </w:p>
    <w:p>
      <w:r>
        <w:rPr>
          <w:b w:val="0"/>
        </w:rPr>
        <w:t>Dans l’attente de votre retour, je vous prie d’agréer, Madame, Monsieur, l’expression de ma considération distinguée.</w:t>
      </w:r>
    </w:p>
    <w:p/>
    <w:p>
      <w:pPr>
        <w:jc w:val="right"/>
      </w:pPr>
      <w:r>
        <w:rPr>
          <w:b w:val="0"/>
          <w:color w:val="2446A6"/>
        </w:rPr>
        <w:t>[Prénom Nom]</w:t>
      </w:r>
    </w:p>
    <w:p/>
    <w:p>
      <w:r>
        <w:rPr>
          <w:b w:val="0"/>
        </w:rPr>
        <w:t>Pièces jointes : Formulaire Cerfa n°13394*05 complété, projet d’accueil, copie du CAP AEPE, attestation SST, plan du logement coté, justificatif de domicile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assistante maternelle</dc:title>
  <dc:subject/>
  <dc:creator/>
  <cp:keywords/>
  <dc:description/>
  <cp:lastModifiedBy/>
  <cp:revision>1</cp:revision>
  <dcterms:created xsi:type="dcterms:W3CDTF">2013-12-23T23:15:00Z</dcterms:created>
  <dcterms:modified xsi:type="dcterms:W3CDTF">2013-12-23T23:15:00Z</dcterms:modified>
  <cp:category/>
</cp:coreProperties>
</file>