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color w:val="2446A6"/>
        </w:rPr>
        <w:t>[Téléphone]</w:t>
      </w:r>
    </w:p>
    <w:p>
      <w:pPr>
        <w:spacing w:after="0"/>
      </w:pPr>
      <w:r>
        <w:rPr>
          <w:b w:val="0"/>
          <w:color w:val="2446A6"/>
        </w:rPr>
        <w:t>[Email]</w:t>
      </w:r>
    </w:p>
    <w:p/>
    <w:p>
      <w:pPr>
        <w:spacing w:after="0"/>
        <w:jc w:val="right"/>
      </w:pPr>
      <w:r>
        <w:rPr>
          <w:b w:val="0"/>
          <w:color w:val="2446A6"/>
        </w:rPr>
        <w:t>[Nom de la société d'ambulances]</w:t>
      </w:r>
    </w:p>
    <w:p>
      <w:pPr>
        <w:spacing w:after="0"/>
        <w:jc w:val="right"/>
      </w:pPr>
      <w:r>
        <w:rPr>
          <w:b w:val="0"/>
          <w:color w:val="2446A6"/>
        </w:rPr>
        <w:t>[Adresse]</w:t>
      </w:r>
    </w:p>
    <w:p>
      <w:pPr>
        <w:spacing w:after="0"/>
        <w:jc w:val="right"/>
      </w:pPr>
      <w:r>
        <w:rPr>
          <w:b w:val="0"/>
          <w:color w:val="2446A6"/>
        </w:rPr>
        <w:t>[Code postal Ville]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Candidature au poste d'auxiliaire ambulancier</w:t>
      </w:r>
    </w:p>
    <w:p/>
    <w:p>
      <w:r>
        <w:rPr>
          <w:b w:val="0"/>
        </w:rPr>
        <w:t>Madame, Monsieur,</w:t>
      </w:r>
    </w:p>
    <w:p>
      <w:r>
        <w:rPr>
          <w:b w:val="0"/>
        </w:rPr>
        <w:t xml:space="preserve">Titulaire du permis B depuis </w:t>
      </w:r>
      <w:r>
        <w:rPr>
          <w:b w:val="0"/>
          <w:color w:val="2446A6"/>
        </w:rPr>
        <w:t>[cinq]</w:t>
      </w:r>
      <w:r>
        <w:rPr>
          <w:b w:val="0"/>
        </w:rPr>
        <w:t xml:space="preserve"> ans et de l'attestation de formation aux gestes et soins d'urgence de niveau 2 (AFGSU 2), je vous soumets ma candidature pour un poste d'auxiliaire ambulancier au sein de </w:t>
      </w:r>
      <w:r>
        <w:rPr>
          <w:b w:val="0"/>
          <w:color w:val="2446A6"/>
        </w:rPr>
        <w:t>[entreprise]</w:t>
      </w:r>
      <w:r>
        <w:rPr>
          <w:b w:val="0"/>
        </w:rPr>
        <w:t>. Mon ambition est de contribuer à vos missions de transport sanitaire, en journée comme en astreinte.</w:t>
      </w:r>
    </w:p>
    <w:p>
      <w:r>
        <w:rPr>
          <w:b w:val="0"/>
        </w:rPr>
        <w:t xml:space="preserve">Au cours de </w:t>
      </w:r>
      <w:r>
        <w:rPr>
          <w:b w:val="0"/>
          <w:color w:val="2446A6"/>
        </w:rPr>
        <w:t>[deux ans en tant que brancardier au CHU de X / une expérience en transport de personnes]</w:t>
      </w:r>
      <w:r>
        <w:rPr>
          <w:b w:val="0"/>
        </w:rPr>
        <w:t>, j'ai acquis la maîtrise du brancardage, de la manutention de patients à mobilité réduite et de la conduite en conditions réelles. Je sais préparer le véhicule sanitaire léger ou l'ambulance de type A, vérifier l'oxygénothérapie et le matériel de premiers secours avant chaque départ.</w:t>
      </w:r>
    </w:p>
    <w:p>
      <w:r>
        <w:rPr>
          <w:b w:val="0"/>
        </w:rPr>
        <w:t>Rigoureux sur la sécurité, je connais les règles de la conduite d'urgence et les protocoles d'hygiène. À l'écoute et rassurant, je sais adapter ma communication aux personnes âgées, aux malades ou aux familles inquiètes, dans le respect du secret médical.</w:t>
      </w:r>
    </w:p>
    <w:p>
      <w:r>
        <w:rPr>
          <w:b w:val="0"/>
        </w:rPr>
        <w:t>Disponible immédiatement et habitué aux horaires décalés, je serai heureux de vous rencontrer pour un entretien où je pourrai vous détailler mes motivations et ma connaissance du secteur. Je vous remercie de l'attention portée à ma candidature.</w:t>
      </w:r>
    </w:p>
    <w:p>
      <w:r>
        <w:rPr>
          <w:b w:val="0"/>
        </w:rPr>
        <w:t>Je vous prie d'agréer, Madame, Monsieur, l'expression de mes salutations distinguées.</w:t>
      </w:r>
    </w:p>
    <w:p/>
    <w:p>
      <w:pPr>
        <w:jc w:val="right"/>
      </w:pPr>
      <w:r>
        <w:rPr>
          <w:b w:val="0"/>
          <w:color w:val="2446A6"/>
        </w:rPr>
        <w:t>[Prénom Nom]</w:t>
      </w:r>
    </w:p>
    <w:p/>
    <w:p>
      <w:r>
        <w:rPr>
          <w:b w:val="0"/>
        </w:rPr>
        <w:t>Pièces jointes : CV, copie du permis B, attestation AFGSU 2</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auxiliaire ambulancier</dc:title>
  <dc:subject/>
  <dc:creator/>
  <cp:keywords/>
  <dc:description/>
  <cp:lastModifiedBy/>
  <cp:revision>1</cp:revision>
  <dcterms:created xsi:type="dcterms:W3CDTF">2013-12-23T23:15:00Z</dcterms:created>
  <dcterms:modified xsi:type="dcterms:W3CDTF">2013-12-23T23:15:00Z</dcterms:modified>
  <cp:category/>
</cp:coreProperties>
</file>