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[Adresse complète]</w:t>
      </w:r>
    </w:p>
    <w:p>
      <w:pPr>
        <w:spacing w:after="0"/>
      </w:pPr>
      <w:r>
        <w:rPr>
          <w:b w:val="0"/>
          <w:color w:val="2446A6"/>
        </w:rPr>
        <w:t>[Téléphone]</w:t>
      </w:r>
    </w:p>
    <w:p>
      <w:pPr>
        <w:spacing w:after="0"/>
      </w:pPr>
      <w:r>
        <w:rPr>
          <w:b w:val="0"/>
          <w:color w:val="2446A6"/>
        </w:rPr>
        <w:t>[Email]</w:t>
      </w:r>
    </w:p>
    <w:p/>
    <w:p>
      <w:pPr>
        <w:spacing w:after="0"/>
        <w:jc w:val="right"/>
      </w:pPr>
      <w:r>
        <w:rPr>
          <w:b w:val="0"/>
        </w:rPr>
        <w:t>Service d’Aide à Domicile</w:t>
      </w:r>
    </w:p>
    <w:p>
      <w:pPr>
        <w:spacing w:after="0"/>
        <w:jc w:val="right"/>
      </w:pPr>
      <w:r>
        <w:rPr>
          <w:b w:val="0"/>
        </w:rPr>
        <w:t>15 rue de la Bienfaisance</w:t>
      </w:r>
    </w:p>
    <w:p>
      <w:pPr>
        <w:spacing w:after="0"/>
        <w:jc w:val="right"/>
      </w:pPr>
      <w:r>
        <w:rPr>
          <w:b w:val="0"/>
        </w:rPr>
        <w:t>75008 Paris</w:t>
      </w:r>
    </w:p>
    <w:p/>
    <w:p>
      <w:pPr>
        <w:jc w:val="right"/>
      </w:pPr>
      <w:r>
        <w:rPr>
          <w:b w:val="0"/>
        </w:rPr>
        <w:t>À Paris, le 24 septembre 2026</w:t>
      </w:r>
    </w:p>
    <w:p>
      <w:pPr>
        <w:spacing w:after="0"/>
      </w:pPr>
      <w:r>
        <w:rPr>
          <w:b/>
        </w:rPr>
        <w:t>Lettre recommandée avec accusé de réception</w:t>
      </w:r>
    </w:p>
    <w:p>
      <w:r>
        <w:rPr>
          <w:b/>
        </w:rPr>
        <w:t>Objet : Candidature au poste d’auxiliaire de vie</w:t>
      </w:r>
    </w:p>
    <w:p/>
    <w:p>
      <w:r>
        <w:rPr>
          <w:b w:val="0"/>
        </w:rPr>
        <w:t>Madame, Monsieur,</w:t>
      </w:r>
    </w:p>
    <w:p>
      <w:r>
        <w:rPr>
          <w:b w:val="0"/>
        </w:rPr>
        <w:t xml:space="preserve">Titulaire du BEP Carrières sanitaires et sociales et forte de </w:t>
      </w:r>
      <w:r>
        <w:rPr>
          <w:b w:val="0"/>
          <w:color w:val="2446A6"/>
        </w:rPr>
        <w:t>[cinq années]</w:t>
      </w:r>
      <w:r>
        <w:rPr>
          <w:b w:val="0"/>
        </w:rPr>
        <w:t xml:space="preserve"> d’expérience comme auxiliaire de vie auprès de personnes âgées en perte d’autonomie, je vous adresse ma candidature pour le poste à pourvoir au sein de votre service d’aide à domicile.</w:t>
      </w:r>
    </w:p>
    <w:p>
      <w:r>
        <w:rPr>
          <w:b w:val="0"/>
        </w:rPr>
        <w:t>Au cours de mes précédentes missions, j’ai accompagné des bénéficiaires atteints de la maladie d’Alzheimer, assuré les toillettes au lit et au lavabo, la préparation et la prise des repas adaptés aux régimes spécifiques (diabétique, sans sel), ainsi que l’entretien du cadre de vie. J’ai également mis en œvre des activités de stimulation cognitive simples (jeux de mémire, lecture à voix haute) et assuré une veille sécuritaire perma nente.</w:t>
      </w:r>
    </w:p>
    <w:p>
      <w:r>
        <w:rPr>
          <w:b w:val="0"/>
        </w:rPr>
        <w:t>Je maîtrise les techniques de manutention pour les transferts lit-fauteuil et l’utilisation du matériel médical de base (lève-personne, verticalisateur). Formée au PSC1, je suis en mesure de réagir aux situations d’urgence et de prendre les constantes (tension, pouls) avec un oxymètre et un tensiomètre. Mon sens de l’écoute, ma patience et ma discrétion sont les qualités que les familles reconnaissent et qui garantisent une relation de confiance durable.</w:t>
      </w:r>
    </w:p>
    <w:p>
      <w:r>
        <w:rPr>
          <w:b w:val="0"/>
        </w:rPr>
        <w:t xml:space="preserve">Disponible dès le </w:t>
      </w:r>
      <w:r>
        <w:rPr>
          <w:b w:val="0"/>
          <w:color w:val="2446A6"/>
        </w:rPr>
        <w:t>[1er octobre 2026]</w:t>
      </w:r>
      <w:r>
        <w:rPr>
          <w:b w:val="0"/>
        </w:rPr>
        <w:t xml:space="preserve">, je suis mobile sur le secteur de </w:t>
      </w:r>
      <w:r>
        <w:rPr>
          <w:b w:val="0"/>
          <w:color w:val="2446A6"/>
        </w:rPr>
        <w:t>[Paris et proche banlieue]</w:t>
      </w:r>
      <w:r>
        <w:rPr>
          <w:b w:val="0"/>
        </w:rPr>
        <w:t xml:space="preserve"> et titulaire du permis B. Je serais heureuse de vous rencontrer pour vous exposer plus en détail ma pratique et mes motivations.</w:t>
      </w:r>
    </w:p>
    <w:p>
      <w:r>
        <w:rPr>
          <w:b w:val="0"/>
        </w:rPr>
        <w:t>Dans l’attente de votre retour, je vous prie d’agréer, Madame, Monsieur, l’expression de mes salutations distinguées.</w:t>
      </w:r>
    </w:p>
    <w:p/>
    <w:p>
      <w:pPr>
        <w:jc w:val="right"/>
      </w:pPr>
      <w:r>
        <w:rPr>
          <w:b w:val="0"/>
          <w:color w:val="2446A6"/>
        </w:rPr>
        <w:t>[Prénom Nom]</w:t>
      </w:r>
    </w:p>
    <w:p/>
    <w:p>
      <w:r>
        <w:rPr>
          <w:b w:val="0"/>
        </w:rPr>
        <w:t>Pièce jointe : CV détaillé</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motivation auxiliaire de vie</dc:title>
  <dc:subject/>
  <dc:creator/>
  <cp:keywords/>
  <dc:description/>
  <cp:lastModifiedBy/>
  <cp:revision>1</cp:revision>
  <dcterms:created xsi:type="dcterms:W3CDTF">2013-12-23T23:15:00Z</dcterms:created>
  <dcterms:modified xsi:type="dcterms:W3CDTF">2013-12-23T23:15:00Z</dcterms:modified>
  <cp:category/>
</cp:coreProperties>
</file>