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À l’attention de la directrice</w:t>
      </w:r>
    </w:p>
    <w:p>
      <w:pPr>
        <w:spacing w:after="0"/>
        <w:jc w:val="right"/>
      </w:pPr>
      <w:r>
        <w:rPr>
          <w:b w:val="0"/>
          <w:color w:val="2446A6"/>
        </w:rPr>
        <w:t>[Nom de la crèche]</w:t>
      </w:r>
    </w:p>
    <w:p>
      <w:pPr>
        <w:spacing w:after="0"/>
        <w:jc w:val="right"/>
      </w:pPr>
      <w:r>
        <w:rPr>
          <w:b w:val="0"/>
          <w:color w:val="2446A6"/>
        </w:rPr>
        <w:t>[Adresse de la crèche]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Candidature au poste d’auxiliaire de puériculture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à la recherche d’un poste d’auxiliaire de puériculture, je me permets de vous adresser ma candidature pour le poste à pourvoir au sein de votre crèche </w:t>
      </w:r>
      <w:r>
        <w:rPr>
          <w:b w:val="0"/>
          <w:color w:val="2446A6"/>
        </w:rPr>
        <w:t>[nom de la crèche]</w:t>
      </w:r>
      <w:r>
        <w:rPr>
          <w:b w:val="0"/>
        </w:rPr>
        <w:t xml:space="preserve">, dont j’ai pris connaissance via </w:t>
      </w:r>
      <w:r>
        <w:rPr>
          <w:b w:val="0"/>
          <w:color w:val="2446A6"/>
        </w:rPr>
        <w:t>[source]</w:t>
      </w:r>
      <w:r>
        <w:rPr>
          <w:b w:val="0"/>
        </w:rPr>
        <w:t>.</w:t>
      </w:r>
    </w:p>
    <w:p>
      <w:r>
        <w:rPr>
          <w:b w:val="0"/>
        </w:rPr>
        <w:t xml:space="preserve">Titulaire du </w:t>
      </w:r>
      <w:r>
        <w:rPr>
          <w:b w:val="0"/>
          <w:color w:val="2446A6"/>
        </w:rPr>
        <w:t>[CAP Accompagnant Éducatif Petite Enfance]</w:t>
      </w:r>
      <w:r>
        <w:rPr>
          <w:b w:val="0"/>
        </w:rPr>
        <w:t xml:space="preserve"> depuis </w:t>
      </w:r>
      <w:r>
        <w:rPr>
          <w:b w:val="0"/>
          <w:color w:val="2446A6"/>
        </w:rPr>
        <w:t>[2021]</w:t>
      </w:r>
      <w:r>
        <w:rPr>
          <w:b w:val="0"/>
        </w:rPr>
        <w:t xml:space="preserve">, je justifie de </w:t>
      </w:r>
      <w:r>
        <w:rPr>
          <w:b w:val="0"/>
          <w:color w:val="2446A6"/>
        </w:rPr>
        <w:t>[trois]</w:t>
      </w:r>
      <w:r>
        <w:rPr>
          <w:b w:val="0"/>
        </w:rPr>
        <w:t xml:space="preserve"> années d’expérience en structure collective. J’ai ainsi assuré les soins quotidiens (change, repas, sieste) pour un groupe de </w:t>
      </w:r>
      <w:r>
        <w:rPr>
          <w:b w:val="0"/>
          <w:color w:val="2446A6"/>
        </w:rPr>
        <w:t>[huit]</w:t>
      </w:r>
      <w:r>
        <w:rPr>
          <w:b w:val="0"/>
        </w:rPr>
        <w:t xml:space="preserve"> enfants âgés de </w:t>
      </w:r>
      <w:r>
        <w:rPr>
          <w:b w:val="0"/>
          <w:color w:val="2446A6"/>
        </w:rPr>
        <w:t>[12 à 24 mois]</w:t>
      </w:r>
      <w:r>
        <w:rPr>
          <w:b w:val="0"/>
        </w:rPr>
        <w:t>, en respectant le rythme individuel de chacun. J’ai également conçu et animé des ateliers d’éveil sensoriel (peinture comestible, parcours de motricité) en lien avec le projet pédagogique de l’établissement.</w:t>
      </w:r>
    </w:p>
    <w:p>
      <w:r>
        <w:rPr>
          <w:b w:val="0"/>
        </w:rPr>
        <w:t xml:space="preserve">Votre crèche, qui met l’accent sur </w:t>
      </w:r>
      <w:r>
        <w:rPr>
          <w:b w:val="0"/>
          <w:color w:val="2446A6"/>
        </w:rPr>
        <w:t>[l’autonomie et la libre exploration]</w:t>
      </w:r>
      <w:r>
        <w:rPr>
          <w:b w:val="0"/>
        </w:rPr>
        <w:t>, correspond à ma vision du métier. Je serais heureuse de contribuer à la sécurité affective et au développement des enfants accueillis, en collaboration avec l’équipe éducative.</w:t>
      </w:r>
    </w:p>
    <w:p>
      <w:r>
        <w:rPr>
          <w:b w:val="0"/>
        </w:rPr>
        <w:t>Je me tiens à votre disposition pour un entretien afin de vous exposer plus en détail mes motivations. Dans cette attente, je vous prie d’agréer, Madame, Monsieur, l’expression de mes salutations distinguées.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 et copie du diplôme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auxiliaire de puériculture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