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[Adresse e-mail]</w:t>
      </w:r>
    </w:p>
    <w:p/>
    <w:p>
      <w:pPr>
        <w:spacing w:after="0"/>
        <w:jc w:val="right"/>
      </w:pPr>
      <w:r>
        <w:rPr>
          <w:b w:val="0"/>
        </w:rPr>
        <w:t>Service Recrutement</w:t>
      </w:r>
    </w:p>
    <w:p>
      <w:pPr>
        <w:spacing w:after="0"/>
        <w:jc w:val="right"/>
      </w:pPr>
      <w:r>
        <w:rPr>
          <w:b w:val="0"/>
          <w:color w:val="2446A6"/>
        </w:rPr>
        <w:t>[Nom de la société de transport]</w:t>
      </w:r>
    </w:p>
    <w:p>
      <w:pPr>
        <w:spacing w:after="0"/>
        <w:jc w:val="right"/>
      </w:pPr>
      <w:r>
        <w:rPr>
          <w:b w:val="0"/>
          <w:color w:val="2446A6"/>
        </w:rPr>
        <w:t>[Adresse]</w:t>
      </w:r>
    </w:p>
    <w:p/>
    <w:p>
      <w:pPr>
        <w:jc w:val="right"/>
      </w:pPr>
      <w:r>
        <w:rPr>
          <w:b w:val="0"/>
        </w:rPr>
        <w:t xml:space="preserve">À </w:t>
      </w:r>
      <w:r>
        <w:rPr>
          <w:b w:val="0"/>
          <w:color w:val="2446A6"/>
        </w:rPr>
        <w:t>[Ville]</w:t>
      </w:r>
      <w:r>
        <w:rPr>
          <w:b w:val="0"/>
        </w:rPr>
        <w:t>, le 24 septembre 2026</w:t>
      </w:r>
    </w:p>
    <w:p>
      <w:pPr>
        <w:spacing w:after="0"/>
      </w:pPr>
      <w:r>
        <w:rPr>
          <w:b/>
        </w:rPr>
        <w:t>Lettre recommandée avec accusé de réception</w:t>
      </w:r>
    </w:p>
    <w:p>
      <w:r>
        <w:rPr>
          <w:b/>
        </w:rPr>
        <w:t>Objet : Candidature au poste de conducteur de bus</w:t>
      </w:r>
    </w:p>
    <w:p/>
    <w:p>
      <w:r>
        <w:rPr>
          <w:b w:val="0"/>
        </w:rPr>
        <w:t>Madame, Monsieur,</w:t>
      </w:r>
    </w:p>
    <w:p>
      <w:r>
        <w:rPr>
          <w:b w:val="0"/>
        </w:rPr>
        <w:t xml:space="preserve">Titulaire du permis D et de la FIMO voyageurs depuis </w:t>
      </w:r>
      <w:r>
        <w:rPr>
          <w:b w:val="0"/>
          <w:color w:val="2446A6"/>
        </w:rPr>
        <w:t>[2020]</w:t>
      </w:r>
      <w:r>
        <w:rPr>
          <w:b w:val="0"/>
        </w:rPr>
        <w:t xml:space="preserve">, je vous propose ma candidature pour renforcer vos effectifs de conducteurs sur le réseau </w:t>
      </w:r>
      <w:r>
        <w:rPr>
          <w:b w:val="0"/>
          <w:color w:val="2446A6"/>
        </w:rPr>
        <w:t>[nom du réseau ou de la ville]</w:t>
      </w:r>
      <w:r>
        <w:rPr>
          <w:b w:val="0"/>
        </w:rPr>
        <w:t xml:space="preserve">. Mon expérience de </w:t>
      </w:r>
      <w:r>
        <w:rPr>
          <w:b w:val="0"/>
          <w:color w:val="2446A6"/>
        </w:rPr>
        <w:t>[trois]</w:t>
      </w:r>
      <w:r>
        <w:rPr>
          <w:b w:val="0"/>
        </w:rPr>
        <w:t xml:space="preserve"> ans sur des lignes urbaines et périurbaines m'a appris à gérer un itinéraire avec une exigence de régularité inférieure à deux minutes de retard en heure de pointe.</w:t>
      </w:r>
    </w:p>
    <w:p>
      <w:r>
        <w:rPr>
          <w:b w:val="0"/>
        </w:rPr>
        <w:t xml:space="preserve">Chez </w:t>
      </w:r>
      <w:r>
        <w:rPr>
          <w:b w:val="0"/>
          <w:color w:val="2446A6"/>
        </w:rPr>
        <w:t>[ancien employeur]</w:t>
      </w:r>
      <w:r>
        <w:rPr>
          <w:b w:val="0"/>
        </w:rPr>
        <w:t xml:space="preserve">, j'assurais la ligne </w:t>
      </w:r>
      <w:r>
        <w:rPr>
          <w:b w:val="0"/>
          <w:color w:val="2446A6"/>
        </w:rPr>
        <w:t>[12]</w:t>
      </w:r>
      <w:r>
        <w:rPr>
          <w:b w:val="0"/>
        </w:rPr>
        <w:t>, reconnue pour sa fréquentation élevée avec une moyenne de 800 voyageurs par jour. J'y ai maintenu un score de sécurité parfait lors des deux derniers audits internes, sans aucun accrochage signalé. La relation avec les usagers, notamment les personnes à mobilité réduite, constitue pour moi un point d'attention constant : je maîtrise l'ensemble des procédures d'ancrage pour fauteuil roulant et l'accueil des malvoyants.</w:t>
      </w:r>
    </w:p>
    <w:p>
      <w:r>
        <w:rPr>
          <w:b w:val="0"/>
        </w:rPr>
        <w:t xml:space="preserve">Je connais le parc de véhicules que vous exploitez, en particulier les </w:t>
      </w:r>
      <w:r>
        <w:rPr>
          <w:b w:val="0"/>
          <w:color w:val="2446A6"/>
        </w:rPr>
        <w:t>[Mercedes Citaro]</w:t>
      </w:r>
      <w:r>
        <w:rPr>
          <w:b w:val="0"/>
        </w:rPr>
        <w:t xml:space="preserve"> et les </w:t>
      </w:r>
      <w:r>
        <w:rPr>
          <w:b w:val="0"/>
          <w:color w:val="2446A6"/>
        </w:rPr>
        <w:t>[Iveco Urbanway]</w:t>
      </w:r>
      <w:r>
        <w:rPr>
          <w:b w:val="0"/>
        </w:rPr>
        <w:t xml:space="preserve">, sur lesquels j'ai déjà effectué plus de </w:t>
      </w:r>
      <w:r>
        <w:rPr>
          <w:b w:val="0"/>
          <w:color w:val="2446A6"/>
        </w:rPr>
        <w:t>[2 500]</w:t>
      </w:r>
      <w:r>
        <w:rPr>
          <w:b w:val="0"/>
        </w:rPr>
        <w:t xml:space="preserve"> heures de conduite. Ma connaissance de la réglementation sociale européenne, notamment le respect des temps de coupure et l'utilisation du chronotachygraphe numérique, me permet d'être opérationnel sans période d'adaptation.</w:t>
      </w:r>
    </w:p>
    <w:p>
      <w:r>
        <w:rPr>
          <w:b w:val="0"/>
        </w:rPr>
        <w:t xml:space="preserve">Je suis disponible pour un essai en ligne dès le </w:t>
      </w:r>
      <w:r>
        <w:rPr>
          <w:b w:val="0"/>
          <w:color w:val="2446A6"/>
        </w:rPr>
        <w:t>[15 octobre 2026]</w:t>
      </w:r>
      <w:r>
        <w:rPr>
          <w:b w:val="0"/>
        </w:rPr>
        <w:t xml:space="preserve"> et me tiens à votre disposition pour un entretien.</w:t>
      </w:r>
    </w:p>
    <w:p>
      <w:r>
        <w:rPr>
          <w:b w:val="0"/>
        </w:rPr>
        <w:t>Dans l'attente de votre retour, je vous prie d'agréer, Madame, Monsieur, l'expression de ma considération distinguée.</w:t>
      </w:r>
    </w:p>
    <w:p/>
    <w:p>
      <w:pPr>
        <w:jc w:val="right"/>
      </w:pPr>
      <w:r>
        <w:rPr>
          <w:b w:val="0"/>
          <w:color w:val="2446A6"/>
        </w:rPr>
        <w:t>[Prénom Nom]</w:t>
      </w:r>
    </w:p>
    <w:p/>
    <w:p>
      <w:r>
        <w:rPr>
          <w:b w:val="0"/>
        </w:rPr>
        <w:t>Pièce jointe : copie du permis D, carte de qualification conducteur, attestation FIMO</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chauffeur de bus</dc:title>
  <dc:subject/>
  <dc:creator/>
  <cp:keywords/>
  <dc:description/>
  <cp:lastModifiedBy/>
  <cp:revision>1</cp:revision>
  <dcterms:created xsi:type="dcterms:W3CDTF">2013-12-23T23:15:00Z</dcterms:created>
  <dcterms:modified xsi:type="dcterms:W3CDTF">2013-12-23T23:15:00Z</dcterms:modified>
  <cp:category/>
</cp:coreProperties>
</file>