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[12 rue des Acacias, 69007 Lyon]</w:t>
      </w:r>
    </w:p>
    <w:p>
      <w:pPr>
        <w:spacing w:after="0"/>
      </w:pPr>
      <w:r>
        <w:rPr>
          <w:b w:val="0"/>
          <w:color w:val="2446A6"/>
        </w:rPr>
        <w:t>[06 12 34 56 78 — prenom.nom@email.fr]</w:t>
      </w:r>
    </w:p>
    <w:p/>
    <w:p>
      <w:pPr>
        <w:spacing w:after="0"/>
        <w:jc w:val="right"/>
      </w:pPr>
      <w:r>
        <w:rPr>
          <w:b w:val="0"/>
        </w:rPr>
        <w:t>Service recrutement</w:t>
      </w:r>
    </w:p>
    <w:p>
      <w:pPr>
        <w:spacing w:after="0"/>
        <w:jc w:val="right"/>
      </w:pPr>
      <w:r>
        <w:rPr>
          <w:b w:val="0"/>
        </w:rPr>
        <w:t>Transports Berthier</w:t>
      </w:r>
    </w:p>
    <w:p>
      <w:pPr>
        <w:spacing w:after="0"/>
        <w:jc w:val="right"/>
      </w:pPr>
      <w:r>
        <w:rPr>
          <w:b w:val="0"/>
        </w:rPr>
        <w:t>4 avenue du Port, 69800 Saint-Priest</w:t>
      </w:r>
    </w:p>
    <w:p/>
    <w:p>
      <w:pPr>
        <w:jc w:val="right"/>
      </w:pPr>
      <w:r>
        <w:rPr>
          <w:b w:val="0"/>
        </w:rPr>
        <w:t>À Lyon, le 24 septembre 2026</w:t>
      </w:r>
    </w:p>
    <w:p>
      <w:r>
        <w:rPr>
          <w:b/>
        </w:rPr>
        <w:t>Objet : candidature au poste de chauffeur livreur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Titulaire du permis B depuis </w:t>
      </w:r>
      <w:r>
        <w:rPr>
          <w:b w:val="0"/>
          <w:color w:val="2446A6"/>
        </w:rPr>
        <w:t>[2016]</w:t>
      </w:r>
      <w:r>
        <w:rPr>
          <w:b w:val="0"/>
        </w:rPr>
        <w:t xml:space="preserve"> et du permis C depuis </w:t>
      </w:r>
      <w:r>
        <w:rPr>
          <w:b w:val="0"/>
          <w:color w:val="2446A6"/>
        </w:rPr>
        <w:t>[2021]</w:t>
      </w:r>
      <w:r>
        <w:rPr>
          <w:b w:val="0"/>
        </w:rPr>
        <w:t xml:space="preserve">, je réponds à votre annonce de chauffeur livreur publiée sur </w:t>
      </w:r>
      <w:r>
        <w:rPr>
          <w:b w:val="0"/>
          <w:color w:val="2446A6"/>
        </w:rPr>
        <w:t>[France Travail]</w:t>
      </w:r>
      <w:r>
        <w:rPr>
          <w:b w:val="0"/>
        </w:rPr>
        <w:t xml:space="preserve"> le </w:t>
      </w:r>
      <w:r>
        <w:rPr>
          <w:b w:val="0"/>
          <w:color w:val="2446A6"/>
        </w:rPr>
        <w:t>[18 septembre 2026]</w:t>
      </w:r>
      <w:r>
        <w:rPr>
          <w:b w:val="0"/>
        </w:rPr>
        <w:t xml:space="preserve">. Je réside à </w:t>
      </w:r>
      <w:r>
        <w:rPr>
          <w:b w:val="0"/>
          <w:color w:val="2446A6"/>
        </w:rPr>
        <w:t>[Lyon 7e]</w:t>
      </w:r>
      <w:r>
        <w:rPr>
          <w:b w:val="0"/>
        </w:rPr>
        <w:t xml:space="preserve">, à douze minutes de votre dépôt de </w:t>
      </w:r>
      <w:r>
        <w:rPr>
          <w:b w:val="0"/>
          <w:color w:val="2446A6"/>
        </w:rPr>
        <w:t>[Saint-Priest]</w:t>
      </w:r>
      <w:r>
        <w:rPr>
          <w:b w:val="0"/>
        </w:rPr>
        <w:t xml:space="preserve">, et je connais les zones de livraison de la </w:t>
      </w:r>
      <w:r>
        <w:rPr>
          <w:b w:val="0"/>
          <w:color w:val="2446A6"/>
        </w:rPr>
        <w:t>[métropole lyonnaise]</w:t>
      </w:r>
      <w:r>
        <w:rPr>
          <w:b w:val="0"/>
        </w:rPr>
        <w:t xml:space="preserve"> pour y avoir effectué </w:t>
      </w:r>
      <w:r>
        <w:rPr>
          <w:b w:val="0"/>
          <w:color w:val="2446A6"/>
        </w:rPr>
        <w:t>[trois ans]</w:t>
      </w:r>
      <w:r>
        <w:rPr>
          <w:b w:val="0"/>
        </w:rPr>
        <w:t xml:space="preserve"> de tournées quotidiennes.</w:t>
      </w:r>
    </w:p>
    <w:p>
      <w:r>
        <w:rPr>
          <w:b w:val="0"/>
        </w:rPr>
        <w:t xml:space="preserve">Chez </w:t>
      </w:r>
      <w:r>
        <w:rPr>
          <w:b w:val="0"/>
          <w:color w:val="2446A6"/>
        </w:rPr>
        <w:t>[Transports Delaunay]</w:t>
      </w:r>
      <w:r>
        <w:rPr>
          <w:b w:val="0"/>
        </w:rPr>
        <w:t xml:space="preserve">, j'assurais </w:t>
      </w:r>
      <w:r>
        <w:rPr>
          <w:b w:val="0"/>
          <w:color w:val="2446A6"/>
        </w:rPr>
        <w:t>[quarante à soixante]</w:t>
      </w:r>
      <w:r>
        <w:rPr>
          <w:b w:val="0"/>
        </w:rPr>
        <w:t xml:space="preserve"> livraisons par jour sur un </w:t>
      </w:r>
      <w:r>
        <w:rPr>
          <w:b w:val="0"/>
          <w:color w:val="2446A6"/>
        </w:rPr>
        <w:t>[Renault Master 20 m³]</w:t>
      </w:r>
      <w:r>
        <w:rPr>
          <w:b w:val="0"/>
        </w:rPr>
        <w:t xml:space="preserve">, avec chargement et déchargement au transpalette manuel, scan des colis et signature électronique sur tablette. Mon taux de livraison dans le créneau annoncé tenait à </w:t>
      </w:r>
      <w:r>
        <w:rPr>
          <w:b w:val="0"/>
          <w:color w:val="2446A6"/>
        </w:rPr>
        <w:t>[97 %]</w:t>
      </w:r>
      <w:r>
        <w:rPr>
          <w:b w:val="0"/>
        </w:rPr>
        <w:t>, et je gérais moi-même les réclamations clients à quai, sans escalade vers l'exploitation.</w:t>
      </w:r>
    </w:p>
    <w:p>
      <w:r>
        <w:rPr>
          <w:b w:val="0"/>
        </w:rPr>
        <w:t xml:space="preserve">Je suis disponible pour une prise de poste immédiate, y compris en horaires décalés et le samedi matin. Le permis B, la carte conducteur et l'attestation de formation </w:t>
      </w:r>
      <w:r>
        <w:rPr>
          <w:b w:val="0"/>
          <w:color w:val="2446A6"/>
        </w:rPr>
        <w:t>[FIMO marchandises]</w:t>
      </w:r>
      <w:r>
        <w:rPr>
          <w:b w:val="0"/>
        </w:rPr>
        <w:t xml:space="preserve"> sont à jour et je peux les présenter dès l'entretien. Je me tiens à votre disposition pour une mise en situation sur votre parc de véhicules.</w:t>
      </w:r>
    </w:p>
    <w:p>
      <w:r>
        <w:rPr>
          <w:b w:val="0"/>
        </w:rPr>
        <w:t>Je vous remercie de l'attention portée à ma candidature et vous prie d'agréer, Madame, Monsieur, l'expression de mes salutations distinguées.</w:t>
      </w:r>
    </w:p>
    <w:p>
      <w:r>
        <w:rPr>
          <w:b w:val="0"/>
        </w:rPr>
        <w:t>Veuillez 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copie du permis B et C, carte conducteur, attestation FIMO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chauffeur livreur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