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 69003 Lyon]</w:t>
      </w:r>
    </w:p>
    <w:p>
      <w:pPr>
        <w:spacing w:after="0"/>
      </w:pPr>
      <w:r>
        <w:rPr>
          <w:b w:val="0"/>
          <w:color w:val="2446A6"/>
        </w:rPr>
        <w:t>[06 12 34 56 78 — prenom.nom@email.fr]</w:t>
      </w:r>
    </w:p>
    <w:p/>
    <w:p>
      <w:pPr>
        <w:spacing w:after="0"/>
        <w:jc w:val="right"/>
      </w:pPr>
      <w:r>
        <w:rPr>
          <w:b w:val="0"/>
        </w:rPr>
        <w:t>Carrefour Market Lyon Part-Dieu</w:t>
      </w:r>
    </w:p>
    <w:p>
      <w:pPr>
        <w:spacing w:after="0"/>
        <w:jc w:val="right"/>
      </w:pPr>
      <w:r>
        <w:rPr>
          <w:b w:val="0"/>
        </w:rPr>
        <w:t>Service recrutement</w:t>
      </w:r>
    </w:p>
    <w:p>
      <w:pPr>
        <w:spacing w:after="0"/>
        <w:jc w:val="right"/>
      </w:pPr>
      <w:r>
        <w:rPr>
          <w:b w:val="0"/>
        </w:rPr>
        <w:t>17 rue du Docteur Bouchut, 69003 Lyon</w:t>
      </w:r>
    </w:p>
    <w:p/>
    <w:p>
      <w:pPr>
        <w:jc w:val="right"/>
      </w:pPr>
      <w:r>
        <w:rPr>
          <w:b w:val="0"/>
        </w:rPr>
        <w:t xml:space="preserve">À Lyon, le </w:t>
      </w:r>
      <w:r>
        <w:rPr>
          <w:b w:val="0"/>
          <w:color w:val="2446A6"/>
        </w:rPr>
        <w:t>[24 septembre 2026]</w:t>
      </w:r>
    </w:p>
    <w:p>
      <w:r>
        <w:rPr>
          <w:b/>
        </w:rPr>
        <w:t xml:space="preserve">Objet : candidature au poste d'employé polyvalent (réf. </w:t>
      </w:r>
      <w:r>
        <w:rPr>
          <w:b/>
          <w:color w:val="2446A6"/>
        </w:rPr>
        <w:t>[EMP-2026-114]</w:t>
      </w:r>
      <w:r>
        <w:rPr>
          <w:b/>
        </w:rPr>
        <w:t>)</w:t>
      </w:r>
    </w:p>
    <w:p/>
    <w:p>
      <w:r>
        <w:rPr>
          <w:b w:val="0"/>
        </w:rPr>
        <w:t>Madame, Monsieur,</w:t>
      </w:r>
    </w:p>
    <w:p>
      <w:r>
        <w:rPr>
          <w:b w:val="0"/>
        </w:rPr>
        <w:t xml:space="preserve">Votre annonce publiée le </w:t>
      </w:r>
      <w:r>
        <w:rPr>
          <w:b w:val="0"/>
          <w:color w:val="2446A6"/>
        </w:rPr>
        <w:t>[22 septembre]</w:t>
      </w:r>
      <w:r>
        <w:rPr>
          <w:b w:val="0"/>
        </w:rPr>
        <w:t xml:space="preserve"> sur </w:t>
      </w:r>
      <w:r>
        <w:rPr>
          <w:b w:val="0"/>
          <w:color w:val="2446A6"/>
        </w:rPr>
        <w:t>[le site Carrefour recrute]</w:t>
      </w:r>
      <w:r>
        <w:rPr>
          <w:b w:val="0"/>
        </w:rPr>
        <w:t xml:space="preserve"> indique une recherche pour le rayon frais libre-service, avec prise de poste au </w:t>
      </w:r>
      <w:r>
        <w:rPr>
          <w:b w:val="0"/>
          <w:color w:val="2446A6"/>
        </w:rPr>
        <w:t>[1er novembre]</w:t>
      </w:r>
      <w:r>
        <w:rPr>
          <w:b w:val="0"/>
        </w:rPr>
        <w:t>. Je souhaite vous proposer ma candidature : je suis disponible du mardi au samedi, de 6 h à 14 h, et je peux enchaîner sur des journées complètes pendant les périodes de fêtes.</w:t>
      </w:r>
    </w:p>
    <w:p>
      <w:r>
        <w:rPr>
          <w:b w:val="0"/>
        </w:rPr>
        <w:t xml:space="preserve">Je travaille depuis </w:t>
      </w:r>
      <w:r>
        <w:rPr>
          <w:b w:val="0"/>
          <w:color w:val="2446A6"/>
        </w:rPr>
        <w:t>[deux saisons]</w:t>
      </w:r>
      <w:r>
        <w:rPr>
          <w:b w:val="0"/>
        </w:rPr>
        <w:t xml:space="preserve"> en boutique alimentaire, où je tiens la mise en rayon des produits frais, le contrôle des dates courtes et l'étiquetage des prix. J'y assure aussi l'encaissement, la gestion des retours clients et la réception des livraisons avec vérification des bons de commande. Je porte des charges jusqu'à 15 kg et j'utilise le transpalette manuel et le chariot de manutention au quotidien.</w:t>
      </w:r>
    </w:p>
    <w:p>
      <w:r>
        <w:rPr>
          <w:b w:val="0"/>
        </w:rPr>
        <w:t>Ce qui me conduit vers votre magasin, c'est son amplitude d'ouverture jusqu'à 21 h et la place donnée à la polyvalence : un employé qui sait passer du rayon à la caisse sans perdre le client. Je suis à l'aise avec les outils de gestion de linéaire et je m'adapte vite aux logiciels de caisse que je ne connais pas encore.</w:t>
      </w:r>
    </w:p>
    <w:p>
      <w:r>
        <w:rPr>
          <w:b w:val="0"/>
        </w:rPr>
        <w:t>Je peux me rendre disponible pour un entretien dès cette semaine, y compris en fin de journée après 18 h. Je reste joignable au 06 12 34 56 78.</w:t>
      </w:r>
    </w:p>
    <w:p>
      <w:r>
        <w:rPr>
          <w:b w:val="0"/>
        </w:rPr>
        <w:t>Je vous remercie de l'attention portée à ma candidature et vous prie d'agréer, Madame, Monsieur, mes salutations respectueuses.</w:t>
      </w:r>
    </w:p>
    <w:p>
      <w:r>
        <w:rPr>
          <w:b w:val="0"/>
        </w:rPr>
        <w:t>Je vous prie d'agréer, Madame, Monsieur, l'expression de ma considération distinguée.</w:t>
      </w:r>
    </w:p>
    <w:p/>
    <w:p>
      <w:pPr>
        <w:jc w:val="right"/>
      </w:pPr>
      <w:r>
        <w:rPr>
          <w:b w:val="0"/>
          <w:color w:val="2446A6"/>
        </w:rPr>
        <w:t>[Prénom Nom]</w:t>
      </w:r>
    </w:p>
    <w:p/>
    <w:p>
      <w:r>
        <w:rPr>
          <w:b w:val="0"/>
        </w:rPr>
        <w:t>Pièce jointe : curriculum vitae d'une page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employé polyvalent : le modèle qui tient sur une page</dc:title>
  <dc:subject/>
  <dc:creator/>
  <cp:keywords/>
  <dc:description/>
  <cp:lastModifiedBy/>
  <cp:revision>1</cp:revision>
  <dcterms:created xsi:type="dcterms:W3CDTF">2013-12-23T23:15:00Z</dcterms:created>
  <dcterms:modified xsi:type="dcterms:W3CDTF">2013-12-23T23:15:00Z</dcterms:modified>
  <cp:category/>
</cp:coreProperties>
</file>