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[06 12 34 56 78]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[prenom.nom@email.com]</w:t>
      </w:r>
    </w:p>
    <w:p/>
    <w:p>
      <w:pPr>
        <w:spacing w:after="0"/>
        <w:jc w:val="right"/>
      </w:pPr>
      <w:r>
        <w:rPr>
          <w:b w:val="0"/>
        </w:rPr>
        <w:t>Direction des ressources humaines</w:t>
      </w:r>
    </w:p>
    <w:p>
      <w:pPr>
        <w:spacing w:after="0"/>
        <w:jc w:val="right"/>
      </w:pPr>
      <w:r>
        <w:rPr>
          <w:b w:val="0"/>
          <w:color w:val="2446A6"/>
        </w:rPr>
        <w:t>[Hôpital / Clinique]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>Objet : Candidature au poste d’infirmier diplômé d’État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diplôme d’État d’infirmier depuis </w:t>
      </w:r>
      <w:r>
        <w:rPr>
          <w:b w:val="0"/>
          <w:color w:val="2446A6"/>
        </w:rPr>
        <w:t>[2018]</w:t>
      </w:r>
      <w:r>
        <w:rPr>
          <w:b w:val="0"/>
        </w:rPr>
        <w:t xml:space="preserve"> et inscrit au RPPS sous le numéro </w:t>
      </w:r>
      <w:r>
        <w:rPr>
          <w:b w:val="0"/>
          <w:color w:val="2446A6"/>
        </w:rPr>
        <w:t>[123456789]</w:t>
      </w:r>
      <w:r>
        <w:rPr>
          <w:b w:val="0"/>
        </w:rPr>
        <w:t xml:space="preserve">, je vous adresse ma candidature pour un poste au sein du service de </w:t>
      </w:r>
      <w:r>
        <w:rPr>
          <w:b w:val="0"/>
          <w:color w:val="2446A6"/>
        </w:rPr>
        <w:t>[médecine interne]</w:t>
      </w:r>
      <w:r>
        <w:rPr>
          <w:b w:val="0"/>
        </w:rPr>
        <w:t xml:space="preserve"> de votre établissement, dont j’ai consulté l’offre parue sur </w:t>
      </w:r>
      <w:r>
        <w:rPr>
          <w:b w:val="0"/>
          <w:color w:val="2446A6"/>
        </w:rPr>
        <w:t>[le site de l’AP-HP]</w:t>
      </w:r>
      <w:r>
        <w:rPr>
          <w:b w:val="0"/>
        </w:rPr>
        <w:t>.</w:t>
      </w:r>
    </w:p>
    <w:p>
      <w:r>
        <w:rPr>
          <w:b w:val="0"/>
        </w:rPr>
        <w:t xml:space="preserve">Au cours de mes </w:t>
      </w:r>
      <w:r>
        <w:rPr>
          <w:b w:val="0"/>
          <w:color w:val="2446A6"/>
        </w:rPr>
        <w:t>[cinq]</w:t>
      </w:r>
      <w:r>
        <w:rPr>
          <w:b w:val="0"/>
        </w:rPr>
        <w:t xml:space="preserve"> années d’exercice à l’hôpital </w:t>
      </w:r>
      <w:r>
        <w:rPr>
          <w:b w:val="0"/>
          <w:color w:val="2446A6"/>
        </w:rPr>
        <w:t>[Saint-Louis]</w:t>
      </w:r>
      <w:r>
        <w:rPr>
          <w:b w:val="0"/>
        </w:rPr>
        <w:t>, j’ai développé une expertise en soins techniques : pose de voies veineuses périphériques, pansements complexes, évaluation de la douleur avec l’échelle visuelle analogique. J’assure également la coordination des aides-soignants et la traçabilité des actes dans le dossier patient informatisé (DPI).</w:t>
      </w:r>
    </w:p>
    <w:p>
      <w:r>
        <w:rPr>
          <w:b w:val="0"/>
        </w:rPr>
        <w:t xml:space="preserve">Votre établissement, reconnu pour </w:t>
      </w:r>
      <w:r>
        <w:rPr>
          <w:b w:val="0"/>
          <w:color w:val="2446A6"/>
        </w:rPr>
        <w:t>[son unité de soins intensifs cardiologiques]</w:t>
      </w:r>
      <w:r>
        <w:rPr>
          <w:b w:val="0"/>
        </w:rPr>
        <w:t xml:space="preserve">, correspond à mon projet de </w:t>
      </w:r>
      <w:r>
        <w:rPr>
          <w:b w:val="0"/>
          <w:color w:val="2446A6"/>
        </w:rPr>
        <w:t>[me spécialiser en soins critiques]</w:t>
      </w:r>
      <w:r>
        <w:rPr>
          <w:b w:val="0"/>
        </w:rPr>
        <w:t>. Je maîtrise les protocoles d’hygiène et la prévention des infections nosocomiales, et je suis habitué aux transmissions ciblées lors des relèves.</w:t>
      </w:r>
    </w:p>
    <w:p>
      <w:r>
        <w:rPr>
          <w:b w:val="0"/>
        </w:rPr>
        <w:t xml:space="preserve">Disponible dès le </w:t>
      </w:r>
      <w:r>
        <w:rPr>
          <w:b w:val="0"/>
          <w:color w:val="2446A6"/>
        </w:rPr>
        <w:t>[1er novembre 2026]</w:t>
      </w:r>
      <w:r>
        <w:rPr>
          <w:b w:val="0"/>
        </w:rPr>
        <w:t>, je suis prêt à m’adapter aux horaires de nuit et de week-end. Je me tiens à votre disposition pour un entretien afin de vous exposer plus en détail ma motivation.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infirmier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