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 Ville]</w:t>
      </w:r>
    </w:p>
    <w:p>
      <w:pPr>
        <w:spacing w:after="0"/>
      </w:pPr>
      <w:r>
        <w:rPr>
          <w:b w:val="0"/>
        </w:rPr>
        <w:t xml:space="preserve">Tél. : </w:t>
      </w:r>
      <w:r>
        <w:rPr>
          <w:b w:val="0"/>
          <w:color w:val="2446A6"/>
        </w:rPr>
        <w:t>[Numéro]</w:t>
      </w:r>
    </w:p>
    <w:p>
      <w:pPr>
        <w:spacing w:after="0"/>
      </w:pPr>
      <w:r>
        <w:rPr>
          <w:b w:val="0"/>
        </w:rPr>
        <w:t xml:space="preserve">Email : </w:t>
      </w:r>
      <w:r>
        <w:rPr>
          <w:b w:val="0"/>
          <w:color w:val="2446A6"/>
        </w:rPr>
        <w:t>[Adresse email]</w:t>
      </w:r>
    </w:p>
    <w:p/>
    <w:p>
      <w:pPr>
        <w:spacing w:after="0"/>
        <w:jc w:val="right"/>
      </w:pPr>
      <w:r>
        <w:rPr>
          <w:b w:val="0"/>
        </w:rPr>
        <w:t>À l'attention du responsable de recrutement</w:t>
      </w:r>
    </w:p>
    <w:p>
      <w:pPr>
        <w:spacing w:after="0"/>
        <w:jc w:val="right"/>
      </w:pPr>
      <w:r>
        <w:rPr>
          <w:b w:val="0"/>
        </w:rPr>
        <w:t xml:space="preserve">McDonald's </w:t>
      </w:r>
      <w:r>
        <w:rPr>
          <w:b w:val="0"/>
          <w:color w:val="2446A6"/>
        </w:rPr>
        <w:t>[Ville]</w:t>
      </w:r>
    </w:p>
    <w:p>
      <w:pPr>
        <w:spacing w:after="0"/>
        <w:jc w:val="right"/>
      </w:pPr>
      <w:r>
        <w:rPr>
          <w:b w:val="0"/>
          <w:color w:val="2446A6"/>
        </w:rPr>
        <w:t>[Adresse du restaurant]</w:t>
      </w:r>
    </w:p>
    <w:p/>
    <w:p>
      <w:pPr>
        <w:jc w:val="right"/>
      </w:pPr>
      <w:r>
        <w:rPr>
          <w:b w:val="0"/>
        </w:rPr>
        <w:t xml:space="preserve">À </w:t>
      </w:r>
      <w:r>
        <w:rPr>
          <w:b w:val="0"/>
          <w:color w:val="2446A6"/>
        </w:rPr>
        <w:t>[Ville]</w:t>
      </w:r>
      <w:r>
        <w:rPr>
          <w:b w:val="0"/>
        </w:rPr>
        <w:t>, le 24 septembre 2026</w:t>
      </w:r>
    </w:p>
    <w:p>
      <w:r>
        <w:rPr>
          <w:b/>
        </w:rPr>
        <w:t>Objet : Candidature au poste d'équipier polyvalent</w:t>
      </w:r>
    </w:p>
    <w:p/>
    <w:p>
      <w:r>
        <w:rPr>
          <w:b w:val="0"/>
        </w:rPr>
        <w:t>Madame, Monsieur,</w:t>
      </w:r>
    </w:p>
    <w:p>
      <w:r>
        <w:rPr>
          <w:b w:val="0"/>
        </w:rPr>
        <w:t xml:space="preserve">Actuellement étudiant en </w:t>
      </w:r>
      <w:r>
        <w:rPr>
          <w:b w:val="0"/>
          <w:color w:val="2446A6"/>
        </w:rPr>
        <w:t>[filière]</w:t>
      </w:r>
      <w:r>
        <w:rPr>
          <w:b w:val="0"/>
        </w:rPr>
        <w:t xml:space="preserve"> au lycée </w:t>
      </w:r>
      <w:r>
        <w:rPr>
          <w:b w:val="0"/>
          <w:color w:val="2446A6"/>
        </w:rPr>
        <w:t>[nom]</w:t>
      </w:r>
      <w:r>
        <w:rPr>
          <w:b w:val="0"/>
        </w:rPr>
        <w:t xml:space="preserve">, je suis âgé de 17 ans et je souhaite intégrer votre restaurant en qualité d'équipier polyvalent à partir du </w:t>
      </w:r>
      <w:r>
        <w:rPr>
          <w:b w:val="0"/>
          <w:color w:val="2446A6"/>
        </w:rPr>
        <w:t>[date]</w:t>
      </w:r>
      <w:r>
        <w:rPr>
          <w:b w:val="0"/>
        </w:rPr>
        <w:t xml:space="preserve">. J'ai pris connaissance de votre recherche via </w:t>
      </w:r>
      <w:r>
        <w:rPr>
          <w:b w:val="0"/>
          <w:color w:val="2446A6"/>
        </w:rPr>
        <w:t>[source]</w:t>
      </w:r>
      <w:r>
        <w:rPr>
          <w:b w:val="0"/>
        </w:rPr>
        <w:t>.</w:t>
      </w:r>
    </w:p>
    <w:p>
      <w:r>
        <w:rPr>
          <w:b w:val="0"/>
        </w:rPr>
        <w:t>Mes horaires de cours me permettent d'être disponible du mercredi soir au dimanche inclus, ainsi que pendant toutes les vacances scolaires. Je sais que le service en salle, la prise de commande et le nettoyage exigent de la rapidité, de la rigueur et une bonne résistance physique ; c'est un défi que je suis prêt à relever.</w:t>
      </w:r>
    </w:p>
    <w:p>
      <w:r>
        <w:rPr>
          <w:b w:val="0"/>
        </w:rPr>
        <w:t xml:space="preserve">Sans expérience professionnelle, j'ai néanmoins l'habitude du travail en équipe grâce à </w:t>
      </w:r>
      <w:r>
        <w:rPr>
          <w:b w:val="0"/>
          <w:color w:val="2446A6"/>
        </w:rPr>
        <w:t>[activité sportive ou associative]</w:t>
      </w:r>
      <w:r>
        <w:rPr>
          <w:b w:val="0"/>
        </w:rPr>
        <w:t>. Soucieux de la satisfaction client, je suis capable de garder mon calme en période de forte affluence et d'appliquer avec sérieux les consignes d'hygiène.</w:t>
      </w:r>
    </w:p>
    <w:p>
      <w:r>
        <w:rPr>
          <w:b w:val="0"/>
        </w:rPr>
        <w:t>Je sais que McDonald's forme ses équipiers dès le premier service et propose un parcours d'évolution interne ; c'est cette possibilité d'apprendre un métier qui me motive particulièrement.</w:t>
      </w:r>
    </w:p>
    <w:p>
      <w:r>
        <w:rPr>
          <w:b w:val="0"/>
        </w:rPr>
        <w:t>Dans l'attente de votre retour, je vous prie d'agréer, Madame, Monsieur, l'expression de mes salutations distinguées.</w:t>
      </w:r>
    </w:p>
    <w:p/>
    <w:p>
      <w:pPr>
        <w:jc w:val="right"/>
      </w:pPr>
      <w:r>
        <w:rPr>
          <w:b w:val="0"/>
          <w:color w:val="2446A6"/>
        </w:rPr>
        <w:t>[Prénom Nom]</w:t>
      </w:r>
    </w:p>
    <w:p/>
    <w:p>
      <w:r>
        <w:rPr>
          <w:b w:val="0"/>
        </w:rPr>
        <w:t>Pièce jointe : Curriculum vitae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McDonald's</dc:title>
  <dc:subject/>
  <dc:creator/>
  <cp:keywords/>
  <dc:description/>
  <cp:lastModifiedBy/>
  <cp:revision>1</cp:revision>
  <dcterms:created xsi:type="dcterms:W3CDTF">2013-12-23T23:15:00Z</dcterms:created>
  <dcterms:modified xsi:type="dcterms:W3CDTF">2013-12-23T23:15:00Z</dcterms:modified>
  <cp:category/>
</cp:coreProperties>
</file>