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</w:rPr>
        <w:t xml:space="preserve">Entreprise </w:t>
      </w:r>
      <w:r>
        <w:rPr>
          <w:b w:val="0"/>
          <w:color w:val="2446A6"/>
        </w:rPr>
        <w:t>[Nom]</w:t>
      </w:r>
    </w:p>
    <w:p>
      <w:pPr>
        <w:spacing w:after="0"/>
        <w:jc w:val="right"/>
      </w:pPr>
      <w:r>
        <w:rPr>
          <w:b w:val="0"/>
        </w:rPr>
        <w:t>15 rue de la République</w:t>
      </w:r>
    </w:p>
    <w:p>
      <w:pPr>
        <w:spacing w:after="0"/>
        <w:jc w:val="right"/>
      </w:pPr>
      <w:r>
        <w:rPr>
          <w:b w:val="0"/>
        </w:rPr>
        <w:t>69002 Lyon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r>
        <w:rPr>
          <w:b/>
        </w:rPr>
        <w:t xml:space="preserve">Objet : Candidature au poste d'Assistant administratif (H/F) – Réf. </w:t>
      </w:r>
      <w:r>
        <w:rPr>
          <w:b/>
          <w:color w:val="2446A6"/>
        </w:rPr>
        <w:t>[référence annonce]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 BTS Assistant de gestion PME-PMI et forte de </w:t>
      </w:r>
      <w:r>
        <w:rPr>
          <w:b w:val="0"/>
          <w:color w:val="2446A6"/>
        </w:rPr>
        <w:t>[deux]</w:t>
      </w:r>
      <w:r>
        <w:rPr>
          <w:b w:val="0"/>
        </w:rPr>
        <w:t xml:space="preserve"> ans d’expérience au sein du service administratif de </w:t>
      </w:r>
      <w:r>
        <w:rPr>
          <w:b w:val="0"/>
          <w:color w:val="2446A6"/>
        </w:rPr>
        <w:t>[Nom entreprise précédente]</w:t>
      </w:r>
      <w:r>
        <w:rPr>
          <w:b w:val="0"/>
        </w:rPr>
        <w:t xml:space="preserve">, je vous adresse ma candidature pour le poste d’Assistant administratif que vous proposez au sein de </w:t>
      </w:r>
      <w:r>
        <w:rPr>
          <w:b w:val="0"/>
          <w:color w:val="2446A6"/>
        </w:rPr>
        <w:t>[Nom entreprise cible]</w:t>
      </w:r>
      <w:r>
        <w:rPr>
          <w:b w:val="0"/>
        </w:rPr>
        <w:t>.</w:t>
      </w:r>
    </w:p>
    <w:p>
      <w:r>
        <w:rPr>
          <w:b w:val="0"/>
        </w:rPr>
        <w:t xml:space="preserve">Au quotidien, j’assure la gestion du courrier entrant et sortant (tri, enregistrement, ventilation), la saisie des factures fournisseurs sur </w:t>
      </w:r>
      <w:r>
        <w:rPr>
          <w:b w:val="0"/>
          <w:color w:val="2446A6"/>
        </w:rPr>
        <w:t>[logiciel]</w:t>
      </w:r>
      <w:r>
        <w:rPr>
          <w:b w:val="0"/>
        </w:rPr>
        <w:t>, et l’organisation des déplacements de l’équipe. J’ai mis en place un tableau de bord de suivi des dossiers clients qui a réduit de 30 % les relances téléphoniques.</w:t>
      </w:r>
    </w:p>
    <w:p>
      <w:r>
        <w:rPr>
          <w:b w:val="0"/>
        </w:rPr>
        <w:t xml:space="preserve">Rigoureuse et discrète, je maîtrise le Pack Office (Word, Excel, Powerpoint) ainsi que </w:t>
      </w:r>
      <w:r>
        <w:rPr>
          <w:b w:val="0"/>
          <w:color w:val="2446A6"/>
        </w:rPr>
        <w:t>[logiciel métier]</w:t>
      </w:r>
      <w:r>
        <w:rPr>
          <w:b w:val="0"/>
        </w:rPr>
        <w:t>. Je sais traiter une soixantaine de mails par jour en respectant les délais de réponse fixés à 24 heures.</w:t>
      </w:r>
    </w:p>
    <w:p>
      <w:r>
        <w:rPr>
          <w:b w:val="0"/>
        </w:rPr>
        <w:t>Je serais heureuse de vous rencontrer pour vous détailler mes compétences. Je me tiens à votre disposition pour un entretien à votre convenance.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dans l'administratif et le bureau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