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12 rue des Lilas, 69003 Lyon</w:t>
      </w:r>
    </w:p>
    <w:p>
      <w:pPr>
        <w:spacing w:after="0"/>
      </w:pPr>
      <w:r>
        <w:rPr>
          <w:b w:val="0"/>
        </w:rPr>
        <w:t xml:space="preserve">06 12 34 56 78 — </w:t>
      </w: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 xml:space="preserve">Madame </w:t>
      </w:r>
      <w:r>
        <w:rPr>
          <w:b w:val="0"/>
          <w:color w:val="2446A6"/>
        </w:rPr>
        <w:t>[Prénom Nom]</w:t>
      </w:r>
    </w:p>
    <w:p>
      <w:pPr>
        <w:spacing w:after="0"/>
        <w:jc w:val="right"/>
      </w:pPr>
      <w:r>
        <w:rPr>
          <w:b w:val="0"/>
        </w:rPr>
        <w:t xml:space="preserve">Responsable du recrutement — Institut </w:t>
      </w:r>
      <w:r>
        <w:rPr>
          <w:b w:val="0"/>
          <w:color w:val="2446A6"/>
        </w:rPr>
        <w:t>[Nom de l'établissement]</w:t>
      </w:r>
    </w:p>
    <w:p>
      <w:pPr>
        <w:spacing w:after="0"/>
        <w:jc w:val="right"/>
      </w:pPr>
      <w:r>
        <w:rPr>
          <w:b w:val="0"/>
        </w:rPr>
        <w:t>8 avenue Jean-Médecin, 06000 Nice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d'esthéticienne diplômée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Titulaire d'un CAP Esthétique cosmétique parfumerie obtenu en </w:t>
      </w:r>
      <w:r>
        <w:rPr>
          <w:b w:val="0"/>
          <w:color w:val="2446A6"/>
        </w:rPr>
        <w:t>[année]</w:t>
      </w:r>
      <w:r>
        <w:rPr>
          <w:b w:val="0"/>
        </w:rPr>
        <w:t xml:space="preserve"> et d'un BP Esthétique depuis </w:t>
      </w:r>
      <w:r>
        <w:rPr>
          <w:b w:val="0"/>
          <w:color w:val="2446A6"/>
        </w:rPr>
        <w:t>[année]</w:t>
      </w:r>
      <w:r>
        <w:rPr>
          <w:b w:val="0"/>
        </w:rPr>
        <w:t xml:space="preserve">, je souhaite rejoindre votre institut pour le poste d'esthéticienne que vous avez publié sur </w:t>
      </w:r>
      <w:r>
        <w:rPr>
          <w:b w:val="0"/>
          <w:color w:val="2446A6"/>
        </w:rPr>
        <w:t>[site ou réseau]</w:t>
      </w:r>
      <w:r>
        <w:rPr>
          <w:b w:val="0"/>
        </w:rPr>
        <w:t>.</w:t>
      </w:r>
    </w:p>
    <w:p>
      <w:r>
        <w:rPr>
          <w:b w:val="0"/>
        </w:rPr>
        <w:t xml:space="preserve">Pendant </w:t>
      </w:r>
      <w:r>
        <w:rPr>
          <w:b w:val="0"/>
          <w:color w:val="2446A6"/>
        </w:rPr>
        <w:t>[trois ans]</w:t>
      </w:r>
      <w:r>
        <w:rPr>
          <w:b w:val="0"/>
        </w:rPr>
        <w:t xml:space="preserve"> au sein de l'institut </w:t>
      </w:r>
      <w:r>
        <w:rPr>
          <w:b w:val="0"/>
          <w:color w:val="2446A6"/>
        </w:rPr>
        <w:t>[Nom]</w:t>
      </w:r>
      <w:r>
        <w:rPr>
          <w:b w:val="0"/>
        </w:rPr>
        <w:t xml:space="preserve">, à </w:t>
      </w:r>
      <w:r>
        <w:rPr>
          <w:b w:val="0"/>
          <w:color w:val="2446A6"/>
        </w:rPr>
        <w:t>[ville]</w:t>
      </w:r>
      <w:r>
        <w:rPr>
          <w:b w:val="0"/>
        </w:rPr>
        <w:t xml:space="preserve">, j'ai assuré en moyenne </w:t>
      </w:r>
      <w:r>
        <w:rPr>
          <w:b w:val="0"/>
          <w:color w:val="2446A6"/>
        </w:rPr>
        <w:t>[vingt-cinq soins]</w:t>
      </w:r>
      <w:r>
        <w:rPr>
          <w:b w:val="0"/>
        </w:rPr>
        <w:t xml:space="preserve"> par semaine : épilations, soins du visage, manucures et modelages. J'ai également tenu le planning de six praticiennes et suivi les encaissements, ce qui m'a appris à gérer l'attente des clientes sans décaler les rendez-vous.</w:t>
      </w:r>
    </w:p>
    <w:p>
      <w:r>
        <w:rPr>
          <w:b w:val="0"/>
        </w:rPr>
        <w:t xml:space="preserve">Formée aux protocoles </w:t>
      </w:r>
      <w:r>
        <w:rPr>
          <w:b w:val="0"/>
          <w:color w:val="2446A6"/>
        </w:rPr>
        <w:t>[Nom de la marque cosmétique]</w:t>
      </w:r>
      <w:r>
        <w:rPr>
          <w:b w:val="0"/>
        </w:rPr>
        <w:t xml:space="preserve"> et à la vente de produits complémentaires, j'ai porté le chiffre d'affaires boutique de </w:t>
      </w:r>
      <w:r>
        <w:rPr>
          <w:b w:val="0"/>
          <w:color w:val="2446A6"/>
        </w:rPr>
        <w:t>[12 %]</w:t>
      </w:r>
      <w:r>
        <w:rPr>
          <w:b w:val="0"/>
        </w:rPr>
        <w:t xml:space="preserve"> sur </w:t>
      </w:r>
      <w:r>
        <w:rPr>
          <w:b w:val="0"/>
          <w:color w:val="2446A6"/>
        </w:rPr>
        <w:t>[une saison]</w:t>
      </w:r>
      <w:r>
        <w:rPr>
          <w:b w:val="0"/>
        </w:rPr>
        <w:t xml:space="preserve"> en proposant systématiquement une routine d'entretien après chaque soin. Je maîtrise également les techniques de </w:t>
      </w:r>
      <w:r>
        <w:rPr>
          <w:b w:val="0"/>
          <w:color w:val="2446A6"/>
        </w:rPr>
        <w:t>[massage aux pierres chaudes]</w:t>
      </w:r>
      <w:r>
        <w:rPr>
          <w:b w:val="0"/>
        </w:rPr>
        <w:t xml:space="preserve"> et la stérilisation du matériel selon les règles d'hygiène en vigueur.</w:t>
      </w:r>
    </w:p>
    <w:p>
      <w:r>
        <w:rPr>
          <w:b w:val="0"/>
        </w:rPr>
        <w:t xml:space="preserve">Votre institut travaille la carte </w:t>
      </w:r>
      <w:r>
        <w:rPr>
          <w:b w:val="0"/>
          <w:color w:val="2446A6"/>
        </w:rPr>
        <w:t>[Nom de la gamme]</w:t>
      </w:r>
      <w:r>
        <w:rPr>
          <w:b w:val="0"/>
        </w:rPr>
        <w:t xml:space="preserve"> et propose des forfaits mariage : c'est exactement le type de prestations que j'aime préparer en amont avec la cliente, essai compris. Je suis disponible du </w:t>
      </w:r>
      <w:r>
        <w:rPr>
          <w:b w:val="0"/>
          <w:color w:val="2446A6"/>
        </w:rPr>
        <w:t>[mardi au samedi]</w:t>
      </w:r>
      <w:r>
        <w:rPr>
          <w:b w:val="0"/>
        </w:rPr>
        <w:t xml:space="preserve">, y compris en soirée jusqu'à </w:t>
      </w:r>
      <w:r>
        <w:rPr>
          <w:b w:val="0"/>
          <w:color w:val="2446A6"/>
        </w:rPr>
        <w:t>[20 heures]</w:t>
      </w:r>
      <w:r>
        <w:rPr>
          <w:b w:val="0"/>
        </w:rPr>
        <w:t xml:space="preserve">, et je peux démarrer dès le </w:t>
      </w:r>
      <w:r>
        <w:rPr>
          <w:b w:val="0"/>
          <w:color w:val="2446A6"/>
        </w:rPr>
        <w:t>[1er octobre]</w:t>
      </w:r>
      <w:r>
        <w:rPr>
          <w:b w:val="0"/>
        </w:rPr>
        <w:t>.</w:t>
      </w:r>
    </w:p>
    <w:p>
      <w:r>
        <w:rPr>
          <w:b w:val="0"/>
        </w:rPr>
        <w:t>Je me tiens à votre disposition pour un essai technique d'une heure, sur le soin de votre choix, à la date qui vous convient.</w:t>
      </w:r>
    </w:p>
    <w:p>
      <w:r>
        <w:rPr>
          <w:b w:val="0"/>
        </w:rPr>
        <w:t>Je vous prie d'agréer, Madame,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CV, copie du CAP Esthétique et du BP Esthétique, certificat de formation </w:t>
      </w:r>
      <w:r>
        <w:rPr>
          <w:b w:val="0"/>
          <w:color w:val="2446A6"/>
        </w:rPr>
        <w:t>[Nom de la marque]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la beauté et le bien-être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