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[prenom.nom@email.com]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[maçon]</w:t>
      </w:r>
      <w:r>
        <w:rPr>
          <w:b/>
        </w:rPr>
        <w:t xml:space="preserve"> – </w:t>
      </w:r>
      <w:r>
        <w:rPr>
          <w:b/>
          <w:color w:val="2446A6"/>
        </w:rPr>
        <w:t>[CAP maçonnerie, 3 ans d'expérience]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CAP maçonnerie obtenu en </w:t>
      </w:r>
      <w:r>
        <w:rPr>
          <w:b w:val="0"/>
          <w:color w:val="2446A6"/>
        </w:rPr>
        <w:t>[2020]</w:t>
      </w:r>
      <w:r>
        <w:rPr>
          <w:b w:val="0"/>
        </w:rPr>
        <w:t xml:space="preserve"> et fort de </w:t>
      </w:r>
      <w:r>
        <w:rPr>
          <w:b w:val="0"/>
          <w:color w:val="2446A6"/>
        </w:rPr>
        <w:t>[trois ans]</w:t>
      </w:r>
      <w:r>
        <w:rPr>
          <w:b w:val="0"/>
        </w:rPr>
        <w:t xml:space="preserve"> d’expérience sur des chantiers de gros œuvre, je vous adresse ma candidature pour le poste de </w:t>
      </w:r>
      <w:r>
        <w:rPr>
          <w:b w:val="0"/>
          <w:color w:val="2446A6"/>
        </w:rPr>
        <w:t>[maçon]</w:t>
      </w:r>
      <w:r>
        <w:rPr>
          <w:b w:val="0"/>
        </w:rPr>
        <w:t xml:space="preserve"> que vous proposez au sein de </w:t>
      </w:r>
      <w:r>
        <w:rPr>
          <w:b w:val="0"/>
          <w:color w:val="2446A6"/>
        </w:rPr>
        <w:t>[Nom de l’entreprise]</w:t>
      </w:r>
      <w:r>
        <w:rPr>
          <w:b w:val="0"/>
        </w:rPr>
        <w:t>.</w:t>
      </w:r>
    </w:p>
    <w:p>
      <w:r>
        <w:rPr>
          <w:b w:val="0"/>
        </w:rPr>
        <w:t xml:space="preserve">Lors de mon dernier chantier pour </w:t>
      </w:r>
      <w:r>
        <w:rPr>
          <w:b w:val="0"/>
          <w:color w:val="2446A6"/>
        </w:rPr>
        <w:t>[Nom de l’entreprise précédente]</w:t>
      </w:r>
      <w:r>
        <w:rPr>
          <w:b w:val="0"/>
        </w:rPr>
        <w:t xml:space="preserve">, j’ai coulé une dalle de </w:t>
      </w:r>
      <w:r>
        <w:rPr>
          <w:b w:val="0"/>
          <w:color w:val="2446A6"/>
        </w:rPr>
        <w:t>[200 m²]</w:t>
      </w:r>
      <w:r>
        <w:rPr>
          <w:b w:val="0"/>
        </w:rPr>
        <w:t xml:space="preserve"> en respectant un délai de </w:t>
      </w:r>
      <w:r>
        <w:rPr>
          <w:b w:val="0"/>
          <w:color w:val="2446A6"/>
        </w:rPr>
        <w:t>[10 jours]</w:t>
      </w:r>
      <w:r>
        <w:rPr>
          <w:b w:val="0"/>
        </w:rPr>
        <w:t>, tout en formant un apprenti au maniement de la bétonnière. Je maîtrise le ferraillage, le coffrage et la lecture de plans d’exécution. Le permis B dont je dispose me permet d’intervenir sur vos différents sites sans contrainte de mobilité.</w:t>
      </w:r>
    </w:p>
    <w:p>
      <w:r>
        <w:rPr>
          <w:b w:val="0"/>
        </w:rPr>
        <w:t xml:space="preserve">Je connais la réputation de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 pour ses réalisations en </w:t>
      </w:r>
      <w:r>
        <w:rPr>
          <w:b w:val="0"/>
          <w:color w:val="2446A6"/>
        </w:rPr>
        <w:t>[rénovation de bâtiments anciens]</w:t>
      </w:r>
      <w:r>
        <w:rPr>
          <w:b w:val="0"/>
        </w:rPr>
        <w:t xml:space="preserve"> et je souhaite apporter ma rigueur dans le respect des consignes de sécurité et des normes DTU. Je me tiens à votre disposition pour un essai pratique sur un de vos chantiers dès le </w:t>
      </w:r>
      <w:r>
        <w:rPr>
          <w:b w:val="0"/>
          <w:color w:val="2446A6"/>
        </w:rPr>
        <w:t>[30 septembre 2026]</w:t>
      </w:r>
      <w:r>
        <w:rPr>
          <w:b w:val="0"/>
        </w:rPr>
        <w:t>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le BTP et l'artisanat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