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[Nom de l'enseigne]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[conseiller de vente]</w:t>
      </w:r>
      <w:r>
        <w:rPr>
          <w:b/>
        </w:rPr>
        <w:t xml:space="preserve"> – </w:t>
      </w:r>
      <w:r>
        <w:rPr>
          <w:b/>
          <w:color w:val="2446A6"/>
        </w:rPr>
        <w:t>[référence]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pour un poste de </w:t>
      </w:r>
      <w:r>
        <w:rPr>
          <w:b w:val="0"/>
          <w:color w:val="2446A6"/>
        </w:rPr>
        <w:t>[conseiller de vente]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[enseigne, spécialiste de l’équipement de la maison]</w:t>
      </w:r>
      <w:r>
        <w:rPr>
          <w:b w:val="0"/>
        </w:rPr>
        <w:t xml:space="preserve"> a retenu mon attention. </w:t>
      </w:r>
      <w:r>
        <w:rPr>
          <w:b w:val="0"/>
          <w:color w:val="2446A6"/>
        </w:rPr>
        <w:t>[nom]</w:t>
      </w:r>
      <w:r>
        <w:rPr>
          <w:b w:val="0"/>
        </w:rPr>
        <w:t>, je suis convaincu que ma connaissance du secteur et mon goût de la performance commerciale peuvent contribuer à vos objectifs de développement.</w:t>
      </w:r>
    </w:p>
    <w:p>
      <w:r>
        <w:rPr>
          <w:b w:val="0"/>
        </w:rPr>
        <w:t xml:space="preserve">Depuis </w:t>
      </w:r>
      <w:r>
        <w:rPr>
          <w:b w:val="0"/>
          <w:color w:val="2446A6"/>
        </w:rPr>
        <w:t>[trois]</w:t>
      </w:r>
      <w:r>
        <w:rPr>
          <w:b w:val="0"/>
        </w:rPr>
        <w:t xml:space="preserve"> ans, j’exerce comme vendeur-conseil en </w:t>
      </w:r>
      <w:r>
        <w:rPr>
          <w:b w:val="0"/>
          <w:color w:val="2446A6"/>
        </w:rPr>
        <w:t>[boutique de prêt-à-porter féminin]</w:t>
      </w:r>
      <w:r>
        <w:rPr>
          <w:b w:val="0"/>
        </w:rPr>
        <w:t xml:space="preserve">. J’ai développé une clientèle fidèle, avec un panier moyen en hausse de </w:t>
      </w:r>
      <w:r>
        <w:rPr>
          <w:b w:val="0"/>
          <w:color w:val="2446A6"/>
        </w:rPr>
        <w:t>[12 %]</w:t>
      </w:r>
      <w:r>
        <w:rPr>
          <w:b w:val="0"/>
        </w:rPr>
        <w:t xml:space="preserve"> et un chiffre d’affaires mensuel de </w:t>
      </w:r>
      <w:r>
        <w:rPr>
          <w:b w:val="0"/>
          <w:color w:val="2446A6"/>
        </w:rPr>
        <w:t>[14 500 €]</w:t>
      </w:r>
      <w:r>
        <w:rPr>
          <w:b w:val="0"/>
        </w:rPr>
        <w:t xml:space="preserve"> en moyenne. Mon taux de transformation oscille entre </w:t>
      </w:r>
      <w:r>
        <w:rPr>
          <w:b w:val="0"/>
          <w:color w:val="2446A6"/>
        </w:rPr>
        <w:t>[18 et 22 %]</w:t>
      </w:r>
      <w:r>
        <w:rPr>
          <w:b w:val="0"/>
        </w:rPr>
        <w:t xml:space="preserve"> grâce à un argumentaire centré sur le besoin client et un suivi post-achat régulier.</w:t>
      </w:r>
    </w:p>
    <w:p>
      <w:r>
        <w:rPr>
          <w:b w:val="0"/>
        </w:rPr>
        <w:t xml:space="preserve">Ce qui me motive particulièrement chez </w:t>
      </w:r>
      <w:r>
        <w:rPr>
          <w:b w:val="0"/>
          <w:color w:val="2446A6"/>
        </w:rPr>
        <w:t>[Nom de l'enseigne]</w:t>
      </w:r>
      <w:r>
        <w:rPr>
          <w:b w:val="0"/>
        </w:rPr>
        <w:t xml:space="preserve">, c’est votre gamme </w:t>
      </w:r>
      <w:r>
        <w:rPr>
          <w:b w:val="0"/>
          <w:color w:val="2446A6"/>
        </w:rPr>
        <w:t>[bio et artisanale]</w:t>
      </w:r>
      <w:r>
        <w:rPr>
          <w:b w:val="0"/>
        </w:rPr>
        <w:t xml:space="preserve">. Je pratique l’écoute active et la reformulation pour m’adapter aux attentes des clients. J’ai également formé deux stagiaires à la vente complémentaire, ce qui a accru le panier moyen de </w:t>
      </w:r>
      <w:r>
        <w:rPr>
          <w:b w:val="0"/>
          <w:color w:val="2446A6"/>
        </w:rPr>
        <w:t>[8 %]</w:t>
      </w:r>
      <w:r>
        <w:rPr>
          <w:b w:val="0"/>
        </w:rPr>
        <w:t xml:space="preserve"> en trois mois sur mon secteur.</w:t>
      </w:r>
    </w:p>
    <w:p>
      <w:r>
        <w:rPr>
          <w:b w:val="0"/>
        </w:rPr>
        <w:t>Je serais heureux de vous rencontrer pour détailler ces résultats et vous démontrer ma capacité à m’intégrer rapidement à votre équipe. Dans l’attente de votre retour, je vous remercie de l’attention portée à ma candidature.</w:t>
      </w:r>
    </w:p>
    <w:p>
      <w:r>
        <w:rPr>
          <w:b w:val="0"/>
        </w:rPr>
        <w:t>Je vous remercie de l’attention portée à ma candidature et me tiens à votre disposition pour un entretien. Veuillez 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le commerce et la vente : modèle complet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