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Lucas Martin</w:t>
      </w:r>
    </w:p>
    <w:p>
      <w:pPr>
        <w:spacing w:after="0"/>
      </w:pPr>
      <w:r>
        <w:rPr>
          <w:b w:val="0"/>
        </w:rPr>
        <w:t>12 rue des Écoles, 75005 Paris</w:t>
      </w:r>
    </w:p>
    <w:p>
      <w:pPr>
        <w:spacing w:after="0"/>
      </w:pPr>
      <w:r>
        <w:rPr>
          <w:b w:val="0"/>
        </w:rPr>
        <w:t>lucas.martin@email.com</w:t>
      </w:r>
    </w:p>
    <w:p>
      <w:pPr>
        <w:spacing w:after="0"/>
      </w:pPr>
      <w:r>
        <w:rPr>
          <w:b w:val="0"/>
        </w:rPr>
        <w:t>06 12 34 56 78</w:t>
      </w:r>
    </w:p>
    <w:p/>
    <w:p>
      <w:pPr>
        <w:spacing w:after="0"/>
        <w:jc w:val="right"/>
      </w:pPr>
      <w:r>
        <w:rPr>
          <w:b w:val="0"/>
        </w:rPr>
        <w:t>Monsieur le Directeur</w:t>
      </w:r>
    </w:p>
    <w:p>
      <w:pPr>
        <w:spacing w:after="0"/>
        <w:jc w:val="right"/>
      </w:pPr>
      <w:r>
        <w:rPr>
          <w:b w:val="0"/>
        </w:rPr>
        <w:t>Centre de Loisirs Les Petits Loups</w:t>
      </w:r>
    </w:p>
    <w:p>
      <w:pPr>
        <w:spacing w:after="0"/>
        <w:jc w:val="right"/>
      </w:pPr>
      <w:r>
        <w:rPr>
          <w:b w:val="0"/>
        </w:rPr>
        <w:t>3 avenue de la République, 75011 Paris</w:t>
      </w:r>
    </w:p>
    <w:p/>
    <w:p>
      <w:pPr>
        <w:jc w:val="right"/>
      </w:pPr>
      <w:r>
        <w:rPr>
          <w:b w:val="0"/>
        </w:rPr>
        <w:t>À Paris, le 24 septembre 2026</w:t>
      </w:r>
    </w:p>
    <w:p>
      <w:r>
        <w:rPr>
          <w:b/>
        </w:rPr>
        <w:t>Objet : Candidature au poste d'animateur périscolaire</w:t>
      </w:r>
    </w:p>
    <w:p/>
    <w:p>
      <w:r>
        <w:rPr>
          <w:b w:val="0"/>
        </w:rPr>
        <w:t>Monsieur le Directeur,</w:t>
      </w:r>
    </w:p>
    <w:p>
      <w:r>
        <w:rPr>
          <w:b w:val="0"/>
        </w:rPr>
        <w:t xml:space="preserve">Titulaire du BAFA depuis </w:t>
      </w:r>
      <w:r>
        <w:rPr>
          <w:b w:val="0"/>
          <w:color w:val="2446A6"/>
        </w:rPr>
        <w:t>[juin 2025]</w:t>
      </w:r>
      <w:r>
        <w:rPr>
          <w:b w:val="0"/>
        </w:rPr>
        <w:t xml:space="preserve"> et fort de </w:t>
      </w:r>
      <w:r>
        <w:rPr>
          <w:b w:val="0"/>
          <w:color w:val="2446A6"/>
        </w:rPr>
        <w:t>[deux saisons en centre de loisirs]</w:t>
      </w:r>
      <w:r>
        <w:rPr>
          <w:b w:val="0"/>
        </w:rPr>
        <w:t>, je souhaite intégrer votre équipe d'animation pour l'accueil périscolaire des enfants de 6 à 11 ans.</w:t>
      </w:r>
    </w:p>
    <w:p>
      <w:r>
        <w:rPr>
          <w:b w:val="0"/>
        </w:rPr>
        <w:t xml:space="preserve">Lors de mon dernier contrat au centre </w:t>
      </w:r>
      <w:r>
        <w:rPr>
          <w:b w:val="0"/>
          <w:color w:val="2446A6"/>
        </w:rPr>
        <w:t>[Les Explorateurs]</w:t>
      </w:r>
      <w:r>
        <w:rPr>
          <w:b w:val="0"/>
        </w:rPr>
        <w:t>, j'ai conçu et mené un cycle d'activités scientifiques sur six semaines, en adaptant les consignes aux différents âges et en impliquant les enfants dans le choix des expériences. Cette démarche a renforcé leur autonomie et a été saluée par la directrice lors du bilan de fin de session.</w:t>
      </w:r>
    </w:p>
    <w:p>
      <w:r>
        <w:rPr>
          <w:b w:val="0"/>
        </w:rPr>
        <w:t>Votre projet pédagogique, qui place le rythme de l'enfant et l'inclusion au cœur des pratiques, correspond à ma façon de travailler. Je sais proposer des temps calmes après la cantine, instaurer des rituels rassurants et repérer un enfant en difficulté pour lui offrir un étayage individuel sans le stigmatiser.</w:t>
      </w:r>
    </w:p>
    <w:p>
      <w:r>
        <w:rPr>
          <w:b w:val="0"/>
        </w:rPr>
        <w:t>Disponible les lundis, mardis, jeudis et vendredis de 16h à 18h30 ainsi que pendant les vacances scolaires, je serais heureux de vous rencontrer pour vous détailler mes propositions d'ateliers. Je vous remercie de l'attention que vous porterez à ma candidature.</w:t>
      </w:r>
    </w:p>
    <w:p>
      <w:r>
        <w:rPr>
          <w:b w:val="0"/>
        </w:rPr>
        <w:t>Je vous prie d'agréer, Monsieur le Directeur, l'expression de mes salutations distinguées.</w:t>
      </w:r>
    </w:p>
    <w:p/>
    <w:p>
      <w:pPr>
        <w:jc w:val="right"/>
      </w:pPr>
      <w:r>
        <w:rPr>
          <w:b w:val="0"/>
          <w:color w:val="2446A6"/>
        </w:rPr>
        <w:t>[Lucas Martin]</w:t>
      </w:r>
    </w:p>
    <w:p/>
    <w:p>
      <w:r>
        <w:rPr>
          <w:b w:val="0"/>
        </w:rPr>
        <w:t>Pièce jointe : curriculum vitæ et copie du BAFA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dans l'éducation et l'animation</dc:title>
  <dc:subject/>
  <dc:creator/>
  <cp:keywords/>
  <dc:description/>
  <cp:lastModifiedBy/>
  <cp:revision>1</cp:revision>
  <dcterms:created xsi:type="dcterms:W3CDTF">2013-12-23T23:15:00Z</dcterms:created>
  <dcterms:modified xsi:type="dcterms:W3CDTF">2013-12-23T23:15:00Z</dcterms:modified>
  <cp:category/>
</cp:coreProperties>
</file>