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69003 Lyon]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>Monsieur le Directeur</w:t>
      </w:r>
    </w:p>
    <w:p>
      <w:pPr>
        <w:spacing w:after="0"/>
        <w:jc w:val="right"/>
      </w:pPr>
      <w:r>
        <w:rPr>
          <w:b w:val="0"/>
        </w:rPr>
        <w:t>Hôtel Le Célestin, 4 rue de la République, 69002 Lyon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>Objet : candidature au poste de chef de partie — annonce publiée le 22 septembre 2026</w:t>
      </w:r>
    </w:p>
    <w:p/>
    <w:p>
      <w:r>
        <w:rPr>
          <w:b w:val="0"/>
        </w:rPr>
        <w:t>Madame, Monsieur,</w:t>
      </w:r>
    </w:p>
    <w:p>
      <w:r>
        <w:rPr>
          <w:b w:val="0"/>
        </w:rPr>
        <w:t>Votre annonce parue le 22 septembre sur le site de l'UMIH pour un chef de partie au sein de votre brasserie a retenu mon attention : je recherche un poste en CDI à Lyon et je suis disponible immédiatement.</w:t>
      </w:r>
    </w:p>
    <w:p>
      <w:r>
        <w:rPr>
          <w:b w:val="0"/>
        </w:rPr>
        <w:t xml:space="preserve">Après un CAP Cuisine obtenu au lycée hôtelier de </w:t>
      </w:r>
      <w:r>
        <w:rPr>
          <w:b w:val="0"/>
          <w:color w:val="2446A6"/>
        </w:rPr>
        <w:t>[Grenoble]</w:t>
      </w:r>
      <w:r>
        <w:rPr>
          <w:b w:val="0"/>
        </w:rPr>
        <w:t xml:space="preserve"> et </w:t>
      </w:r>
      <w:r>
        <w:rPr>
          <w:b w:val="0"/>
          <w:color w:val="2446A6"/>
        </w:rPr>
        <w:t>[trois saisons]</w:t>
      </w:r>
      <w:r>
        <w:rPr>
          <w:b w:val="0"/>
        </w:rPr>
        <w:t xml:space="preserve"> passées en cuisine de collectivité puis en bistrot, je maîtrise les postes chaud et froid, la mise en place pour 120 couverts et les normes HACCP. Dans mon dernier établissement, </w:t>
      </w:r>
      <w:r>
        <w:rPr>
          <w:b w:val="0"/>
          <w:color w:val="2446A6"/>
        </w:rPr>
        <w:t>[Le Comptoir du Port]</w:t>
      </w:r>
      <w:r>
        <w:rPr>
          <w:b w:val="0"/>
        </w:rPr>
        <w:t>, j'assurais la production des entrées et des plats du jour, la gestion des commandes fournisseurs et l'encadrement de deux commis pendant le service du soir.</w:t>
      </w:r>
    </w:p>
    <w:p>
      <w:r>
        <w:rPr>
          <w:b w:val="0"/>
        </w:rPr>
        <w:t>Je travaille en brigade, je tiens le coup en coup de feu et je parle anglais au niveau nécessaire pour échanger avec une clientèle étrangère. Je suis titulaire du permis B et je peux assurer les services du midi comme du soir, week-ends compris.</w:t>
      </w:r>
    </w:p>
    <w:p>
      <w:r>
        <w:rPr>
          <w:b w:val="0"/>
        </w:rPr>
        <w:t xml:space="preserve">Je serais heureux de vous rencontrer pour vous présenter ma façon de travailler et effectuer un essai en cuisine. Je peux me rendre disponible </w:t>
      </w:r>
      <w:r>
        <w:rPr>
          <w:b w:val="0"/>
          <w:color w:val="2446A6"/>
        </w:rPr>
        <w:t>[le 28 septembre après 15 h]</w:t>
      </w:r>
      <w:r>
        <w:rPr>
          <w:b w:val="0"/>
        </w:rPr>
        <w:t xml:space="preserve"> ou </w:t>
      </w:r>
      <w:r>
        <w:rPr>
          <w:b w:val="0"/>
          <w:color w:val="2446A6"/>
        </w:rPr>
        <w:t>[le 30 septembre en matinée]</w:t>
      </w:r>
      <w:r>
        <w:rPr>
          <w:b w:val="0"/>
        </w:rPr>
        <w:t>.</w:t>
      </w:r>
    </w:p>
    <w:p>
      <w:r>
        <w:rPr>
          <w:b w:val="0"/>
        </w:rPr>
        <w:t>Je vous remercie de l'attention portée à ma candidature et vous prie d'agréer, Madame, Monsieur, l'expression de mes salutations respectueuses.</w:t>
      </w:r>
    </w:p>
    <w:p/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CV, copie du CAP Cuisine, copie du permis B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dans l'hôtellerie-restauration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