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de développeur full-stack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Développeur full-stack depuis </w:t>
      </w:r>
      <w:r>
        <w:rPr>
          <w:b w:val="0"/>
          <w:color w:val="2446A6"/>
        </w:rPr>
        <w:t>[trois ans]</w:t>
      </w:r>
      <w:r>
        <w:rPr>
          <w:b w:val="0"/>
        </w:rPr>
        <w:t xml:space="preserve">, je maîtrise </w:t>
      </w:r>
      <w:r>
        <w:rPr>
          <w:b w:val="0"/>
          <w:color w:val="2446A6"/>
        </w:rPr>
        <w:t>[React, Node.js et PostgreSQL]</w:t>
      </w:r>
      <w:r>
        <w:rPr>
          <w:b w:val="0"/>
        </w:rPr>
        <w:t xml:space="preserve"> et j’ai livré </w:t>
      </w:r>
      <w:r>
        <w:rPr>
          <w:b w:val="0"/>
          <w:color w:val="2446A6"/>
        </w:rPr>
        <w:t>[une application de gestion de stocks]</w:t>
      </w:r>
      <w:r>
        <w:rPr>
          <w:b w:val="0"/>
        </w:rPr>
        <w:t xml:space="preserve"> utilisée par </w:t>
      </w:r>
      <w:r>
        <w:rPr>
          <w:b w:val="0"/>
          <w:color w:val="2446A6"/>
        </w:rPr>
        <w:t>[120 collaborateurs]</w:t>
      </w:r>
      <w:r>
        <w:rPr>
          <w:b w:val="0"/>
        </w:rPr>
        <w:t xml:space="preserve">. Votre offre pour le poste de développeur full-stack au sein de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 a immédiatement retenu mon attention.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[Nom de l'entreprise précédente]</w:t>
      </w:r>
      <w:r>
        <w:rPr>
          <w:b w:val="0"/>
        </w:rPr>
        <w:t xml:space="preserve">, j’ai conçu et déployé </w:t>
      </w:r>
      <w:r>
        <w:rPr>
          <w:b w:val="0"/>
          <w:color w:val="2446A6"/>
        </w:rPr>
        <w:t>[une API REST]</w:t>
      </w:r>
      <w:r>
        <w:rPr>
          <w:b w:val="0"/>
        </w:rPr>
        <w:t xml:space="preserve"> qui a réduit de </w:t>
      </w:r>
      <w:r>
        <w:rPr>
          <w:b w:val="0"/>
          <w:color w:val="2446A6"/>
        </w:rPr>
        <w:t>[30 %]</w:t>
      </w:r>
      <w:r>
        <w:rPr>
          <w:b w:val="0"/>
        </w:rPr>
        <w:t xml:space="preserve"> le temps de traitement des commandes. J’ai également mis en place des tests automatisés avec </w:t>
      </w:r>
      <w:r>
        <w:rPr>
          <w:b w:val="0"/>
          <w:color w:val="2446A6"/>
        </w:rPr>
        <w:t>[Jest et Cypress]</w:t>
      </w:r>
      <w:r>
        <w:rPr>
          <w:b w:val="0"/>
        </w:rPr>
        <w:t xml:space="preserve">, ce qui a fait baisser le taux de régression de </w:t>
      </w:r>
      <w:r>
        <w:rPr>
          <w:b w:val="0"/>
          <w:color w:val="2446A6"/>
        </w:rPr>
        <w:t>[15 %]</w:t>
      </w:r>
      <w:r>
        <w:rPr>
          <w:b w:val="0"/>
        </w:rPr>
        <w:t>. Ces résultats concrets correspondent aux exigences de votre fiche de poste, notamment sur la qualité du code et la performance.</w:t>
      </w:r>
    </w:p>
    <w:p>
      <w:r>
        <w:rPr>
          <w:b w:val="0"/>
        </w:rPr>
        <w:t xml:space="preserve">Je suis habitué aux méthodes agiles et au code review quotidien. J’attache une importance particulière à la documentation et à la maintenabilité. Rejoindre votre équipe serait l’occasion de contribuer à des projets à fort impact, comme </w:t>
      </w:r>
      <w:r>
        <w:rPr>
          <w:b w:val="0"/>
          <w:color w:val="2446A6"/>
        </w:rPr>
        <w:t>[votre plateforme SaaS]</w:t>
      </w:r>
      <w:r>
        <w:rPr>
          <w:b w:val="0"/>
        </w:rPr>
        <w:t>, tout en continuant à monter en compétence sur les architectures cloud.</w:t>
      </w:r>
    </w:p>
    <w:p>
      <w:r>
        <w:rPr>
          <w:b w:val="0"/>
        </w:rPr>
        <w:t>Je me tiens à votre disposition pour un entretien où je pourrai vous détailler mes réalisations et vous présenter des exemples de code.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l'informatique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