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[Téléphone]</w:t>
      </w:r>
      <w:r>
        <w:rPr>
          <w:b w:val="0"/>
        </w:rPr>
        <w:t xml:space="preserve"> | </w:t>
      </w: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</w:rPr>
        <w:t>Service recrutement</w:t>
      </w:r>
    </w:p>
    <w:p>
      <w:pPr>
        <w:spacing w:after="0"/>
        <w:jc w:val="right"/>
      </w:pPr>
      <w:r>
        <w:rPr>
          <w:b w:val="0"/>
        </w:rPr>
        <w:t>Parc zoologique de Lyon</w:t>
      </w:r>
    </w:p>
    <w:p>
      <w:pPr>
        <w:spacing w:after="0"/>
        <w:jc w:val="right"/>
      </w:pPr>
      <w:r>
        <w:rPr>
          <w:b w:val="0"/>
        </w:rPr>
        <w:t>Place Général Leclerc, 69006 Lyon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Candidature au poste de soigneur animalier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Titulaire du certificat de capacité d’entretien d’animaux d’espèces non domestiques et fort de </w:t>
      </w:r>
      <w:r>
        <w:rPr>
          <w:b w:val="0"/>
          <w:color w:val="2446A6"/>
        </w:rPr>
        <w:t>[deux saisons]</w:t>
      </w:r>
      <w:r>
        <w:rPr>
          <w:b w:val="0"/>
        </w:rPr>
        <w:t xml:space="preserve"> au parc zoologique de </w:t>
      </w:r>
      <w:r>
        <w:rPr>
          <w:b w:val="0"/>
          <w:color w:val="2446A6"/>
        </w:rPr>
        <w:t>[nom du parc]</w:t>
      </w:r>
      <w:r>
        <w:rPr>
          <w:b w:val="0"/>
        </w:rPr>
        <w:t xml:space="preserve">, je vous propose ma candidature pour le poste de soigneur animalier publié le </w:t>
      </w:r>
      <w:r>
        <w:rPr>
          <w:b w:val="0"/>
          <w:color w:val="2446A6"/>
        </w:rPr>
        <w:t>[date de parution]</w:t>
      </w:r>
      <w:r>
        <w:rPr>
          <w:b w:val="0"/>
        </w:rPr>
        <w:t>.</w:t>
      </w:r>
    </w:p>
    <w:p>
      <w:r>
        <w:rPr>
          <w:b w:val="0"/>
        </w:rPr>
        <w:t xml:space="preserve">Chaque matin, j’ai assuré le nourrissage de </w:t>
      </w:r>
      <w:r>
        <w:rPr>
          <w:b w:val="0"/>
          <w:color w:val="2446A6"/>
        </w:rPr>
        <w:t>[12]</w:t>
      </w:r>
      <w:r>
        <w:rPr>
          <w:b w:val="0"/>
        </w:rPr>
        <w:t xml:space="preserve"> mammifères et oiseaux, préparé les rations selon les fiches vétérinaires et nettoyé les enclos à la vapeur haute pression. J’ai également participé à l’enrichissement des loutres cendrées, au suivi des chaleurs des zèbres de Grant et à la pesée hebdomadaire des makis catta.</w:t>
      </w:r>
    </w:p>
    <w:p>
      <w:r>
        <w:rPr>
          <w:b w:val="0"/>
        </w:rPr>
        <w:t xml:space="preserve">Votre parc accueille </w:t>
      </w:r>
      <w:r>
        <w:rPr>
          <w:b w:val="0"/>
          <w:color w:val="2446A6"/>
        </w:rPr>
        <w:t>[45]</w:t>
      </w:r>
      <w:r>
        <w:rPr>
          <w:b w:val="0"/>
        </w:rPr>
        <w:t xml:space="preserve"> espèces sur </w:t>
      </w:r>
      <w:r>
        <w:rPr>
          <w:b w:val="0"/>
          <w:color w:val="2446A6"/>
        </w:rPr>
        <w:t>[14]</w:t>
      </w:r>
      <w:r>
        <w:rPr>
          <w:b w:val="0"/>
        </w:rPr>
        <w:t xml:space="preserve"> hectares ; je connais le plan de circulation des soigneurs, le protocole de quarantaine et le nettoyage des bassins des manchots. Je peux prendre un poste dès le </w:t>
      </w:r>
      <w:r>
        <w:rPr>
          <w:b w:val="0"/>
          <w:color w:val="2446A6"/>
        </w:rPr>
        <w:t>[date]</w:t>
      </w:r>
      <w:r>
        <w:rPr>
          <w:b w:val="0"/>
        </w:rPr>
        <w:t>, y compris les week-ends, et me former à la contention des reptiles si nécessaire.</w:t>
      </w:r>
    </w:p>
    <w:p>
      <w:r>
        <w:rPr>
          <w:b w:val="0"/>
        </w:rPr>
        <w:t>Je vous remercie de l’attention portée à ma candidature et me tiens à votre disposition pour un entretien, y compris en tenue de terrain, afin de vous présenter mon carnet de nourrissage.</w:t>
      </w:r>
    </w:p>
    <w:p>
      <w:r>
        <w:rPr>
          <w:b w:val="0"/>
        </w:rPr>
        <w:t>Je vous prie d’agréer, Madame, Monsieur, l’expression de ma considération distinguée.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CV, certificat de capacité, attestation de stage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dans la nature et les animaux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