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Lilas]</w:t>
      </w:r>
    </w:p>
    <w:p>
      <w:pPr>
        <w:spacing w:after="0"/>
      </w:pPr>
      <w:r>
        <w:rPr>
          <w:b w:val="0"/>
          <w:color w:val="2446A6"/>
        </w:rPr>
        <w:t>[75011 Paris]</w:t>
      </w:r>
    </w:p>
    <w:p>
      <w:pPr>
        <w:spacing w:after="0"/>
      </w:pPr>
      <w:r>
        <w:rPr>
          <w:b w:val="0"/>
          <w:color w:val="2446A6"/>
        </w:rPr>
        <w:t>[06 12 34 56 78]</w:t>
      </w:r>
    </w:p>
    <w:p>
      <w:pPr>
        <w:spacing w:after="0"/>
      </w:pPr>
      <w:r>
        <w:rPr>
          <w:b w:val="0"/>
          <w:color w:val="2446A6"/>
        </w:rPr>
        <w:t>[prenom.nom@email.fr]</w:t>
      </w:r>
    </w:p>
    <w:p/>
    <w:p>
      <w:pPr>
        <w:spacing w:after="0"/>
        <w:jc w:val="right"/>
      </w:pPr>
      <w:r>
        <w:rPr>
          <w:b w:val="0"/>
        </w:rPr>
        <w:t xml:space="preserve">Société </w:t>
      </w:r>
      <w:r>
        <w:rPr>
          <w:b w:val="0"/>
          <w:color w:val="2446A6"/>
        </w:rPr>
        <w:t>[Propreté Plus]</w:t>
      </w:r>
    </w:p>
    <w:p>
      <w:pPr>
        <w:spacing w:after="0"/>
        <w:jc w:val="right"/>
      </w:pPr>
      <w:r>
        <w:rPr>
          <w:b w:val="0"/>
        </w:rPr>
        <w:t>Service Recrutement</w:t>
      </w:r>
    </w:p>
    <w:p>
      <w:pPr>
        <w:spacing w:after="0"/>
        <w:jc w:val="right"/>
      </w:pPr>
      <w:r>
        <w:rPr>
          <w:b w:val="0"/>
          <w:color w:val="2446A6"/>
        </w:rPr>
        <w:t>[14 avenue de l'Industrie]</w:t>
      </w:r>
    </w:p>
    <w:p>
      <w:pPr>
        <w:spacing w:after="0"/>
        <w:jc w:val="right"/>
      </w:pPr>
      <w:r>
        <w:rPr>
          <w:b w:val="0"/>
          <w:color w:val="2446A6"/>
        </w:rPr>
        <w:t>[92000 Nanterre]</w:t>
      </w:r>
    </w:p>
    <w:p/>
    <w:p>
      <w:pPr>
        <w:jc w:val="right"/>
      </w:pPr>
      <w:r>
        <w:rPr>
          <w:b w:val="0"/>
        </w:rPr>
        <w:t xml:space="preserve">À </w:t>
      </w:r>
      <w:r>
        <w:rPr>
          <w:b w:val="0"/>
          <w:color w:val="2446A6"/>
        </w:rPr>
        <w:t>[Paris]</w:t>
      </w:r>
      <w:r>
        <w:rPr>
          <w:b w:val="0"/>
        </w:rPr>
        <w:t>, le 24 septembre 2026</w:t>
      </w:r>
    </w:p>
    <w:p>
      <w:pPr>
        <w:spacing w:after="0"/>
      </w:pPr>
      <w:r>
        <w:rPr>
          <w:b/>
        </w:rPr>
        <w:t>Lettre recommandée avec accusé de réception</w:t>
      </w:r>
    </w:p>
    <w:p>
      <w:r>
        <w:rPr>
          <w:b/>
        </w:rPr>
        <w:t>Objet : Candidature au poste d'agent d'entretien polyvalent</w:t>
      </w:r>
    </w:p>
    <w:p/>
    <w:p>
      <w:r>
        <w:rPr>
          <w:b w:val="0"/>
        </w:rPr>
        <w:t>Madame, Monsieur,</w:t>
      </w:r>
    </w:p>
    <w:p>
      <w:r>
        <w:rPr>
          <w:b w:val="0"/>
        </w:rPr>
        <w:t>Titulaire du permis B et disponible immédiatement, je vous adresse ma candidature pour le poste d'agent d'entretien polyvalent au sein de votre agence de Nanterre.</w:t>
      </w:r>
    </w:p>
    <w:p>
      <w:r>
        <w:rPr>
          <w:b w:val="0"/>
        </w:rPr>
        <w:t xml:space="preserve">Depuis </w:t>
      </w:r>
      <w:r>
        <w:rPr>
          <w:b w:val="0"/>
          <w:color w:val="2446A6"/>
        </w:rPr>
        <w:t>[quatre ans]</w:t>
      </w:r>
      <w:r>
        <w:rPr>
          <w:b w:val="0"/>
        </w:rPr>
        <w:t xml:space="preserve">, j'assure l'entretien quotidien de </w:t>
      </w:r>
      <w:r>
        <w:rPr>
          <w:b w:val="0"/>
          <w:color w:val="2446A6"/>
        </w:rPr>
        <w:t>[1 200 m²]</w:t>
      </w:r>
      <w:r>
        <w:rPr>
          <w:b w:val="0"/>
        </w:rPr>
        <w:t xml:space="preserve"> de surfaces commerciales chez </w:t>
      </w:r>
      <w:r>
        <w:rPr>
          <w:b w:val="0"/>
          <w:color w:val="2446A6"/>
        </w:rPr>
        <w:t>[Enseigne Distribution]</w:t>
      </w:r>
      <w:r>
        <w:rPr>
          <w:b w:val="0"/>
        </w:rPr>
        <w:t xml:space="preserve">, où j'utilise quotidiennement l'autolaveuse, la monobrosse et la technique de la pré-imprégnation pour le lavage des sols. J'y ai réduit de </w:t>
      </w:r>
      <w:r>
        <w:rPr>
          <w:b w:val="0"/>
          <w:color w:val="2446A6"/>
        </w:rPr>
        <w:t>[15 %]</w:t>
      </w:r>
      <w:r>
        <w:rPr>
          <w:b w:val="0"/>
        </w:rPr>
        <w:t xml:space="preserve"> la consommation de produits chimiques en adoptant le dosage précis imposé par les fiches techniques des fabricants.</w:t>
      </w:r>
    </w:p>
    <w:p>
      <w:r>
        <w:rPr>
          <w:b w:val="0"/>
        </w:rPr>
        <w:t>J'interviens également en journée auprès de clients sensibles comme des crèches et des cabinets médicaux, ce qui m'a amené à maîtriser les protocoles de bionettoyage selon la norme NF EN 13549. Le choix des codes couleur pour les lavettes et le respect du sens de progression du propre vers le sale sont pour moi des automatismes.</w:t>
      </w:r>
    </w:p>
    <w:p>
      <w:r>
        <w:rPr>
          <w:b w:val="0"/>
        </w:rPr>
        <w:t>Votre entreprise intervenant sur des sites tertiaires classés ERP, ma connaissance des obligations de traçabilité des opérations et du remplissage du cahier de liaison représente un atout direct. Je sais renseigner une fiche de passage sans retard et signaler une anomalie avant qu'elle ne devienne un incident pour le client.</w:t>
      </w:r>
    </w:p>
    <w:p>
      <w:r>
        <w:rPr>
          <w:b w:val="0"/>
        </w:rPr>
        <w:t xml:space="preserve">Je me tiens à votre disposition pour un essai sur site dès le </w:t>
      </w:r>
      <w:r>
        <w:rPr>
          <w:b w:val="0"/>
          <w:color w:val="2446A6"/>
        </w:rPr>
        <w:t>[6 octobre 2026]</w:t>
      </w:r>
      <w:r>
        <w:rPr>
          <w:b w:val="0"/>
        </w:rPr>
        <w:t>.</w:t>
      </w:r>
    </w:p>
    <w:p>
      <w:r>
        <w:rPr>
          <w:b w:val="0"/>
        </w:rPr>
        <w:t>Dans l'attente de votre retour, je vous prie d'agréer, Madame, Monsieur, l'expression de ma considération distinguée.</w:t>
      </w:r>
    </w:p>
    <w:p/>
    <w:p>
      <w:pPr>
        <w:jc w:val="right"/>
      </w:pPr>
      <w:r>
        <w:rPr>
          <w:b w:val="0"/>
          <w:color w:val="2446A6"/>
        </w:rPr>
        <w:t>[Prénom Nom]</w:t>
      </w:r>
    </w:p>
    <w:p/>
    <w:p>
      <w:r>
        <w:rPr>
          <w:b w:val="0"/>
        </w:rPr>
        <w:t>Pièces jointes : Curriculum vitae, copie du permis B, attestation de formation gestes et postures</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dans la propreté et l'entretien</dc:title>
  <dc:subject/>
  <dc:creator/>
  <cp:keywords/>
  <dc:description/>
  <cp:lastModifiedBy/>
  <cp:revision>1</cp:revision>
  <dcterms:created xsi:type="dcterms:W3CDTF">2013-12-23T23:15:00Z</dcterms:created>
  <dcterms:modified xsi:type="dcterms:W3CDTF">2013-12-23T23:15:00Z</dcterms:modified>
  <cp:category/>
</cp:coreProperties>
</file>