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rPr>
        <w:t>Prénom Nom</w:t>
      </w:r>
    </w:p>
    <w:p>
      <w:pPr>
        <w:spacing w:after="0"/>
      </w:pPr>
      <w:r>
        <w:rPr>
          <w:b w:val="0"/>
        </w:rPr>
        <w:t>12 rue des Lilas</w:t>
      </w:r>
    </w:p>
    <w:p>
      <w:pPr>
        <w:spacing w:after="0"/>
      </w:pPr>
      <w:r>
        <w:rPr>
          <w:b w:val="0"/>
        </w:rPr>
        <w:t>75000 Paris</w:t>
      </w:r>
    </w:p>
    <w:p>
      <w:pPr>
        <w:spacing w:after="0"/>
      </w:pPr>
      <w:r>
        <w:rPr>
          <w:b w:val="0"/>
        </w:rPr>
        <w:t>Tél. 06 12 34 56 78</w:t>
      </w:r>
    </w:p>
    <w:p>
      <w:pPr>
        <w:spacing w:after="0"/>
      </w:pPr>
      <w:r>
        <w:rPr>
          <w:b w:val="0"/>
        </w:rPr>
        <w:t>prenom.nom@email.fr</w:t>
      </w:r>
    </w:p>
    <w:p/>
    <w:p>
      <w:pPr>
        <w:spacing w:after="0"/>
        <w:jc w:val="right"/>
      </w:pPr>
      <w:r>
        <w:rPr>
          <w:b w:val="0"/>
        </w:rPr>
        <w:t>Service des Ressources Humaines</w:t>
      </w:r>
    </w:p>
    <w:p>
      <w:pPr>
        <w:spacing w:after="0"/>
        <w:jc w:val="right"/>
      </w:pPr>
      <w:r>
        <w:rPr>
          <w:b w:val="0"/>
        </w:rPr>
        <w:t>Centre Hospitalier de Versailles</w:t>
      </w:r>
    </w:p>
    <w:p>
      <w:pPr>
        <w:spacing w:after="0"/>
        <w:jc w:val="right"/>
      </w:pPr>
      <w:r>
        <w:rPr>
          <w:b w:val="0"/>
        </w:rPr>
        <w:t>177 rue de Versailles</w:t>
      </w:r>
    </w:p>
    <w:p>
      <w:pPr>
        <w:spacing w:after="0"/>
        <w:jc w:val="right"/>
      </w:pPr>
      <w:r>
        <w:rPr>
          <w:b w:val="0"/>
        </w:rPr>
        <w:t>78150 Le Chesnay</w:t>
      </w:r>
    </w:p>
    <w:p/>
    <w:p>
      <w:pPr>
        <w:jc w:val="right"/>
      </w:pPr>
      <w:r>
        <w:rPr>
          <w:b w:val="0"/>
        </w:rPr>
        <w:t>À Paris, le 24 septembre 2026</w:t>
      </w:r>
    </w:p>
    <w:p>
      <w:r>
        <w:rPr>
          <w:b/>
        </w:rPr>
        <w:t>Objet : Candidature au poste d'infirmier diplômé d'État – Service de médecine interne</w:t>
      </w:r>
    </w:p>
    <w:p/>
    <w:p>
      <w:r>
        <w:rPr>
          <w:b w:val="0"/>
        </w:rPr>
        <w:t>Madame, Monsieur,</w:t>
      </w:r>
    </w:p>
    <w:p>
      <w:r>
        <w:rPr>
          <w:b w:val="0"/>
        </w:rPr>
        <w:t>Diplômé d'État infirmier depuis juillet 2025, je souhaite intégrer le service de médecine interne du Centre Hospitalier de Versailles. Mon stage de troisième année en soins intensifs cardiologiques m'a confronté à la prise en charge de patients polypathologiques, avec une charge en soins techniques élevée et une collaboration quotidienne avec les cardiologues et les kinésithérapeutes.</w:t>
      </w:r>
    </w:p>
    <w:p>
      <w:r>
        <w:rPr>
          <w:b w:val="0"/>
        </w:rPr>
        <w:t>Au cours de ce stage de dix semaines, j'ai réalisé des évaluations de la douleur, posé des voies veineuses périphériques et participé aux transmissions ciblées. J'ai également contribué à l'élaboration de projets de soins personnalisés pour des patients insuffisants cardiaques, en lien avec l'équipe pluridisciplinaire. Ces gestes et cette organisation du travail correspondent aux exigences d'un service de médecine interne.</w:t>
      </w:r>
    </w:p>
    <w:p>
      <w:r>
        <w:rPr>
          <w:b w:val="0"/>
        </w:rPr>
        <w:t>Votre établissement m'intéresse pour son engagement dans la démarche qualité et la formation continue des soignants. Je suis disponible pour un entretien à partir du 6 octobre 2026 et prêt à m'investir dans les roulements en 12 heures pratiqués dans le service.</w:t>
      </w:r>
    </w:p>
    <w:p>
      <w:r>
        <w:rPr>
          <w:b w:val="0"/>
        </w:rPr>
        <w:t>Dans l'attente de votre retour, je vous prie d'agréer, Madame, Monsieur, l'expression de ma considération distinguée.</w:t>
      </w:r>
    </w:p>
    <w:p/>
    <w:p>
      <w:pPr>
        <w:jc w:val="right"/>
      </w:pPr>
      <w:r>
        <w:rPr>
          <w:b w:val="0"/>
        </w:rPr>
        <w:t>Prénom Nom</w:t>
      </w:r>
    </w:p>
    <w:p/>
    <w:p>
      <w:r>
        <w:rPr>
          <w:b w:val="0"/>
        </w:rPr>
        <w:t>Pièce jointe : Curriculum vitae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dans la santé : trouvez le métier recherché</dc:title>
  <dc:subject/>
  <dc:creator/>
  <cp:keywords/>
  <dc:description/>
  <cp:lastModifiedBy/>
  <cp:revision>1</cp:revision>
  <dcterms:created xsi:type="dcterms:W3CDTF">2013-12-23T23:15:00Z</dcterms:created>
  <dcterms:modified xsi:type="dcterms:W3CDTF">2013-12-23T23:15:00Z</dcterms:modified>
  <cp:category/>
</cp:coreProperties>
</file>