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Acacias, 75010 Paris]</w:t>
      </w:r>
    </w:p>
    <w:p>
      <w:pPr>
        <w:spacing w:after="0"/>
      </w:pPr>
      <w:r>
        <w:rPr>
          <w:b w:val="0"/>
          <w:color w:val="2446A6"/>
        </w:rPr>
        <w:t>[06 12 34 56 78]</w:t>
      </w:r>
    </w:p>
    <w:p>
      <w:pPr>
        <w:spacing w:after="0"/>
      </w:pPr>
      <w:r>
        <w:rPr>
          <w:b w:val="0"/>
          <w:color w:val="2446A6"/>
        </w:rPr>
        <w:t>[prenom.nom@email.fr]</w:t>
      </w:r>
    </w:p>
    <w:p/>
    <w:p>
      <w:pPr>
        <w:spacing w:after="0"/>
        <w:jc w:val="right"/>
      </w:pPr>
      <w:r>
        <w:rPr>
          <w:b w:val="0"/>
        </w:rPr>
        <w:t>Service Recrutement</w:t>
      </w:r>
    </w:p>
    <w:p>
      <w:pPr>
        <w:spacing w:after="0"/>
        <w:jc w:val="right"/>
      </w:pPr>
      <w:r>
        <w:rPr>
          <w:b w:val="0"/>
          <w:color w:val="2446A6"/>
        </w:rPr>
        <w:t>[Securitas France]</w:t>
      </w:r>
    </w:p>
    <w:p>
      <w:pPr>
        <w:spacing w:after="0"/>
        <w:jc w:val="right"/>
      </w:pPr>
      <w:r>
        <w:rPr>
          <w:b w:val="0"/>
          <w:color w:val="2446A6"/>
        </w:rPr>
        <w:t>[46 avenue de la Grande-Armée, 75017 Paris]</w:t>
      </w:r>
    </w:p>
    <w:p/>
    <w:p>
      <w:pPr>
        <w:jc w:val="right"/>
      </w:pPr>
      <w:r>
        <w:rPr>
          <w:b w:val="0"/>
        </w:rPr>
        <w:t xml:space="preserve">À </w:t>
      </w:r>
      <w:r>
        <w:rPr>
          <w:b w:val="0"/>
          <w:color w:val="2446A6"/>
        </w:rPr>
        <w:t>[Paris]</w:t>
      </w:r>
      <w:r>
        <w:rPr>
          <w:b w:val="0"/>
        </w:rPr>
        <w:t xml:space="preserve">, le </w:t>
      </w:r>
      <w:r>
        <w:rPr>
          <w:b w:val="0"/>
          <w:color w:val="2446A6"/>
        </w:rPr>
        <w:t>[24 septembre 2026]</w:t>
      </w:r>
    </w:p>
    <w:p>
      <w:r>
        <w:rPr>
          <w:b/>
        </w:rPr>
        <w:t>Objet : Candidature au poste d’agent de sécurité</w:t>
      </w:r>
    </w:p>
    <w:p/>
    <w:p>
      <w:r>
        <w:rPr>
          <w:b w:val="0"/>
        </w:rPr>
        <w:t>Madame, Monsieur,</w:t>
      </w:r>
    </w:p>
    <w:p>
      <w:r>
        <w:rPr>
          <w:b w:val="0"/>
        </w:rPr>
        <w:t xml:space="preserve">Titulaire du CQP Agent de Prévention et de Sécurité renouvelé en </w:t>
      </w:r>
      <w:r>
        <w:rPr>
          <w:b w:val="0"/>
          <w:color w:val="2446A6"/>
        </w:rPr>
        <w:t>[mars 2026]</w:t>
      </w:r>
      <w:r>
        <w:rPr>
          <w:b w:val="0"/>
        </w:rPr>
        <w:t xml:space="preserve"> et de la carte professionnelle CNAPS n° </w:t>
      </w:r>
      <w:r>
        <w:rPr>
          <w:b w:val="0"/>
          <w:color w:val="2446A6"/>
        </w:rPr>
        <w:t>[XXXXX]</w:t>
      </w:r>
      <w:r>
        <w:rPr>
          <w:b w:val="0"/>
        </w:rPr>
        <w:t xml:space="preserve"> valable jusqu’en </w:t>
      </w:r>
      <w:r>
        <w:rPr>
          <w:b w:val="0"/>
          <w:color w:val="2446A6"/>
        </w:rPr>
        <w:t>[mars 2031]</w:t>
      </w:r>
      <w:r>
        <w:rPr>
          <w:b w:val="0"/>
        </w:rPr>
        <w:t xml:space="preserve">, je me tiens à l’écoute de tout poste d’agent de sécurité au sein de </w:t>
      </w:r>
      <w:r>
        <w:rPr>
          <w:b w:val="0"/>
          <w:color w:val="2446A6"/>
        </w:rPr>
        <w:t>[Nom de l’entreprise]</w:t>
      </w:r>
      <w:r>
        <w:rPr>
          <w:b w:val="0"/>
        </w:rPr>
        <w:t>.</w:t>
      </w:r>
    </w:p>
    <w:p>
      <w:r>
        <w:rPr>
          <w:b w:val="0"/>
        </w:rPr>
        <w:t xml:space="preserve">Durant </w:t>
      </w:r>
      <w:r>
        <w:rPr>
          <w:b w:val="0"/>
          <w:color w:val="2446A6"/>
        </w:rPr>
        <w:t>[trois]</w:t>
      </w:r>
      <w:r>
        <w:rPr>
          <w:b w:val="0"/>
        </w:rPr>
        <w:t xml:space="preserve"> ans chez </w:t>
      </w:r>
      <w:r>
        <w:rPr>
          <w:b w:val="0"/>
          <w:color w:val="2446A6"/>
        </w:rPr>
        <w:t>[SécuriPlus]</w:t>
      </w:r>
      <w:r>
        <w:rPr>
          <w:b w:val="0"/>
        </w:rPr>
        <w:t xml:space="preserve">, j’ai assuré la protection d’un entrepôt logistique de </w:t>
      </w:r>
      <w:r>
        <w:rPr>
          <w:b w:val="0"/>
          <w:color w:val="2446A6"/>
        </w:rPr>
        <w:t>[12 000]</w:t>
      </w:r>
      <w:r>
        <w:rPr>
          <w:b w:val="0"/>
        </w:rPr>
        <w:t xml:space="preserve"> m² où transitaient en moyenne </w:t>
      </w:r>
      <w:r>
        <w:rPr>
          <w:b w:val="0"/>
          <w:color w:val="2446A6"/>
        </w:rPr>
        <w:t>[800]</w:t>
      </w:r>
      <w:r>
        <w:rPr>
          <w:b w:val="0"/>
        </w:rPr>
        <w:t xml:space="preserve"> intervenants par jour. Mes missions quotidiennes comprenaient le contrôle d’accès avec filtrage des badges, les rondes aléatoires de nuit, la levée de doute sur alarmes intrusion et la rédaction de la main courante informatisée sous logiciel </w:t>
      </w:r>
      <w:r>
        <w:rPr>
          <w:b w:val="0"/>
          <w:color w:val="2446A6"/>
        </w:rPr>
        <w:t>[WinSide]</w:t>
      </w:r>
      <w:r>
        <w:rPr>
          <w:b w:val="0"/>
        </w:rPr>
        <w:t xml:space="preserve">. En </w:t>
      </w:r>
      <w:r>
        <w:rPr>
          <w:b w:val="0"/>
          <w:color w:val="2446A6"/>
        </w:rPr>
        <w:t>[2022]</w:t>
      </w:r>
      <w:r>
        <w:rPr>
          <w:b w:val="0"/>
        </w:rPr>
        <w:t xml:space="preserve">, j’ai proposé un double contrôle des livraisons nocturnes qui a fait chuter de </w:t>
      </w:r>
      <w:r>
        <w:rPr>
          <w:b w:val="0"/>
          <w:color w:val="2446A6"/>
        </w:rPr>
        <w:t>[30 %]</w:t>
      </w:r>
      <w:r>
        <w:rPr>
          <w:b w:val="0"/>
        </w:rPr>
        <w:t xml:space="preserve"> les introductions sans autorisation sur le site.</w:t>
      </w:r>
    </w:p>
    <w:p>
      <w:r>
        <w:rPr>
          <w:b w:val="0"/>
        </w:rPr>
        <w:t xml:space="preserve">Par ailleurs, mon SST obtenu en </w:t>
      </w:r>
      <w:r>
        <w:rPr>
          <w:b w:val="0"/>
          <w:color w:val="2446A6"/>
        </w:rPr>
        <w:t>[2021]</w:t>
      </w:r>
      <w:r>
        <w:rPr>
          <w:b w:val="0"/>
        </w:rPr>
        <w:t xml:space="preserve"> m’a permis de prendre en charge deux malaises cardiaques sans séquelle. La gestion des conflits fait aussi partie de mon quotidien : sur </w:t>
      </w:r>
      <w:r>
        <w:rPr>
          <w:b w:val="0"/>
          <w:color w:val="2446A6"/>
        </w:rPr>
        <w:t>[douze]</w:t>
      </w:r>
      <w:r>
        <w:rPr>
          <w:b w:val="0"/>
        </w:rPr>
        <w:t xml:space="preserve"> mois, j’ai désamorcé verbalement </w:t>
      </w:r>
      <w:r>
        <w:rPr>
          <w:b w:val="0"/>
          <w:color w:val="2446A6"/>
        </w:rPr>
        <w:t>[17]</w:t>
      </w:r>
      <w:r>
        <w:rPr>
          <w:b w:val="0"/>
        </w:rPr>
        <w:t xml:space="preserve"> altercations dans le hall d’accueil, sans nécessiter d’intervention physique. La vidéoprotection, les palpations de sécurité et le respect strict des consignes particulières de site constituent mes standards.</w:t>
      </w:r>
    </w:p>
    <w:p>
      <w:r>
        <w:rPr>
          <w:b w:val="0"/>
        </w:rPr>
        <w:t xml:space="preserve">Disponible immédiatement, j’accepte les plannings incluant nuits, week-ends et jours fériés. Je suis mobile sur </w:t>
      </w:r>
      <w:r>
        <w:rPr>
          <w:b w:val="0"/>
          <w:color w:val="2446A6"/>
        </w:rPr>
        <w:t>[Paris et petite couronne]</w:t>
      </w:r>
      <w:r>
        <w:rPr>
          <w:b w:val="0"/>
        </w:rPr>
        <w:t xml:space="preserve"> et prêt à suivre les formations spécifiques à vos contrats. Je vous remercie de considérer ma candidature.</w:t>
      </w:r>
    </w:p>
    <w:p>
      <w:r>
        <w:rPr>
          <w:b w:val="0"/>
        </w:rPr>
        <w:t>Je vous prie d’agréer, Madame, Monsieur, l’expression de mes salutations distinguées.</w:t>
      </w:r>
    </w:p>
    <w:p/>
    <w:p>
      <w:pPr>
        <w:jc w:val="right"/>
      </w:pPr>
      <w:r>
        <w:rPr>
          <w:b w:val="0"/>
          <w:color w:val="2446A6"/>
        </w:rPr>
        <w:t>[Prénom Nom]</w:t>
      </w:r>
    </w:p>
    <w:p/>
    <w:p>
      <w:r>
        <w:rPr>
          <w:b w:val="0"/>
        </w:rPr>
        <w:t>Pièce jointe : copie de la carte professionnelle CNAPS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dans la sécurité</dc:title>
  <dc:subject/>
  <dc:creator/>
  <cp:keywords/>
  <dc:description/>
  <cp:lastModifiedBy/>
  <cp:revision>1</cp:revision>
  <dcterms:created xsi:type="dcterms:W3CDTF">2013-12-23T23:15:00Z</dcterms:created>
  <dcterms:modified xsi:type="dcterms:W3CDTF">2013-12-23T23:15:00Z</dcterms:modified>
  <cp:category/>
</cp:coreProperties>
</file>