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[12 rue des Acacias, 69100 Villeurbanne]</w:t>
      </w:r>
    </w:p>
    <w:p>
      <w:pPr>
        <w:spacing w:after="0"/>
      </w:pPr>
      <w:r>
        <w:rPr>
          <w:b w:val="0"/>
          <w:color w:val="2446A6"/>
        </w:rPr>
        <w:t>[06 12 34 56 78]</w:t>
      </w:r>
      <w:r>
        <w:rPr>
          <w:b w:val="0"/>
        </w:rPr>
        <w:t xml:space="preserve"> — </w:t>
      </w:r>
      <w:r>
        <w:rPr>
          <w:b w:val="0"/>
          <w:color w:val="2446A6"/>
        </w:rPr>
        <w:t>[prenom.nom@email.fr]</w:t>
      </w:r>
    </w:p>
    <w:p/>
    <w:p>
      <w:pPr>
        <w:spacing w:after="0"/>
        <w:jc w:val="right"/>
      </w:pPr>
      <w:r>
        <w:rPr>
          <w:b w:val="0"/>
        </w:rPr>
        <w:t xml:space="preserve">Madame </w:t>
      </w:r>
      <w:r>
        <w:rPr>
          <w:b w:val="0"/>
          <w:color w:val="2446A6"/>
        </w:rPr>
        <w:t>[Sophie Marchand]</w:t>
      </w:r>
    </w:p>
    <w:p>
      <w:pPr>
        <w:spacing w:after="0"/>
        <w:jc w:val="right"/>
      </w:pPr>
      <w:r>
        <w:rPr>
          <w:b w:val="0"/>
        </w:rPr>
        <w:t xml:space="preserve">Responsable d'exploitation — </w:t>
      </w:r>
      <w:r>
        <w:rPr>
          <w:b w:val="0"/>
          <w:color w:val="2446A6"/>
        </w:rPr>
        <w:t>[Transports Rhône-Alpes]</w:t>
      </w:r>
    </w:p>
    <w:p>
      <w:pPr>
        <w:spacing w:after="0"/>
        <w:jc w:val="right"/>
      </w:pPr>
      <w:r>
        <w:rPr>
          <w:b w:val="0"/>
          <w:color w:val="2446A6"/>
        </w:rPr>
        <w:t>[45 avenue Barthélemy Buyer, 69009 Lyon]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[Villeurbanne]</w:t>
      </w:r>
      <w:r>
        <w:rPr>
          <w:b w:val="0"/>
        </w:rPr>
        <w:t xml:space="preserve">, le </w:t>
      </w:r>
      <w:r>
        <w:rPr>
          <w:b w:val="0"/>
          <w:color w:val="2446A6"/>
        </w:rPr>
        <w:t>[24 septembre 2026]</w:t>
      </w:r>
    </w:p>
    <w:p>
      <w:r>
        <w:rPr>
          <w:b/>
        </w:rPr>
        <w:t xml:space="preserve">Objet : candidature au poste de </w:t>
      </w:r>
      <w:r>
        <w:rPr>
          <w:b/>
          <w:color w:val="2446A6"/>
        </w:rPr>
        <w:t>[conducteur routier SPL — ligne régionale Lyon–Marseille]</w:t>
      </w:r>
    </w:p>
    <w:p/>
    <w:p>
      <w:r>
        <w:rPr>
          <w:b w:val="0"/>
        </w:rPr>
        <w:t>Madame,</w:t>
      </w:r>
    </w:p>
    <w:p>
      <w:r>
        <w:rPr>
          <w:b w:val="0"/>
        </w:rPr>
        <w:t xml:space="preserve">Votre annonce pour un poste de </w:t>
      </w:r>
      <w:r>
        <w:rPr>
          <w:b w:val="0"/>
          <w:color w:val="2446A6"/>
        </w:rPr>
        <w:t>[conducteur SPL sur la ligne Lyon–Marseille]</w:t>
      </w:r>
      <w:r>
        <w:rPr>
          <w:b w:val="0"/>
        </w:rPr>
        <w:t xml:space="preserve"> a retenu mon attention : je travaille depuis </w:t>
      </w:r>
      <w:r>
        <w:rPr>
          <w:b w:val="0"/>
          <w:color w:val="2446A6"/>
        </w:rPr>
        <w:t>[six ans]</w:t>
      </w:r>
      <w:r>
        <w:rPr>
          <w:b w:val="0"/>
        </w:rPr>
        <w:t xml:space="preserve"> sur ce même axe, en porte-voitures puis en tautliner, et je connais les contraintes de chargement des deux côtés.</w:t>
      </w:r>
    </w:p>
    <w:p>
      <w:r>
        <w:rPr>
          <w:b w:val="0"/>
        </w:rPr>
        <w:t xml:space="preserve">Titulaire du permis </w:t>
      </w:r>
      <w:r>
        <w:rPr>
          <w:b w:val="0"/>
          <w:color w:val="2446A6"/>
        </w:rPr>
        <w:t>[CE]</w:t>
      </w:r>
      <w:r>
        <w:rPr>
          <w:b w:val="0"/>
        </w:rPr>
        <w:t xml:space="preserve"> depuis </w:t>
      </w:r>
      <w:r>
        <w:rPr>
          <w:b w:val="0"/>
          <w:color w:val="2446A6"/>
        </w:rPr>
        <w:t>[2018]</w:t>
      </w:r>
      <w:r>
        <w:rPr>
          <w:b w:val="0"/>
        </w:rPr>
        <w:t xml:space="preserve">, je dispose de la </w:t>
      </w:r>
      <w:r>
        <w:rPr>
          <w:b w:val="0"/>
          <w:color w:val="2446A6"/>
        </w:rPr>
        <w:t>[FIMO marchandises]</w:t>
      </w:r>
      <w:r>
        <w:rPr>
          <w:b w:val="0"/>
        </w:rPr>
        <w:t xml:space="preserve"> et de la </w:t>
      </w:r>
      <w:r>
        <w:rPr>
          <w:b w:val="0"/>
          <w:color w:val="2446A6"/>
        </w:rPr>
        <w:t>[carte conducteur]</w:t>
      </w:r>
      <w:r>
        <w:rPr>
          <w:b w:val="0"/>
        </w:rPr>
        <w:t xml:space="preserve"> à jour. Sur mon dernier poste chez </w:t>
      </w:r>
      <w:r>
        <w:rPr>
          <w:b w:val="0"/>
          <w:color w:val="2446A6"/>
        </w:rPr>
        <w:t>[Transports Verne]</w:t>
      </w:r>
      <w:r>
        <w:rPr>
          <w:b w:val="0"/>
        </w:rPr>
        <w:t xml:space="preserve">, je réalisais </w:t>
      </w:r>
      <w:r>
        <w:rPr>
          <w:b w:val="0"/>
          <w:color w:val="2446A6"/>
        </w:rPr>
        <w:t>[deux rotations par semaine]</w:t>
      </w:r>
      <w:r>
        <w:rPr>
          <w:b w:val="0"/>
        </w:rPr>
        <w:t xml:space="preserve"> avec un taux de service de </w:t>
      </w:r>
      <w:r>
        <w:rPr>
          <w:b w:val="0"/>
          <w:color w:val="2446A6"/>
        </w:rPr>
        <w:t>[99,2 %]</w:t>
      </w:r>
      <w:r>
        <w:rPr>
          <w:b w:val="0"/>
        </w:rPr>
        <w:t xml:space="preserve"> sur </w:t>
      </w:r>
      <w:r>
        <w:rPr>
          <w:b w:val="0"/>
          <w:color w:val="2446A6"/>
        </w:rPr>
        <w:t>[onze mois]</w:t>
      </w:r>
      <w:r>
        <w:rPr>
          <w:b w:val="0"/>
        </w:rPr>
        <w:t>, sans accident ni immobilisation pour non-respect des temps de conduite.</w:t>
      </w:r>
    </w:p>
    <w:p>
      <w:r>
        <w:rPr>
          <w:b w:val="0"/>
        </w:rPr>
        <w:t xml:space="preserve">Je maîtrise le </w:t>
      </w:r>
      <w:r>
        <w:rPr>
          <w:b w:val="0"/>
          <w:color w:val="2446A6"/>
        </w:rPr>
        <w:t>[chronotachygraphe numérique]</w:t>
      </w:r>
      <w:r>
        <w:rPr>
          <w:b w:val="0"/>
        </w:rPr>
        <w:t xml:space="preserve">, la </w:t>
      </w:r>
      <w:r>
        <w:rPr>
          <w:b w:val="0"/>
          <w:color w:val="2446A6"/>
        </w:rPr>
        <w:t>[réglementation 561/2006]</w:t>
      </w:r>
      <w:r>
        <w:rPr>
          <w:b w:val="0"/>
        </w:rPr>
        <w:t xml:space="preserve"> sur les temps de conduite et de repos, ainsi que le </w:t>
      </w:r>
      <w:r>
        <w:rPr>
          <w:b w:val="0"/>
          <w:color w:val="2446A6"/>
        </w:rPr>
        <w:t>[chargement en rideaux coulissants]</w:t>
      </w:r>
      <w:r>
        <w:rPr>
          <w:b w:val="0"/>
        </w:rPr>
        <w:t xml:space="preserve"> avec arrimage par sangles. J'ai également suivi la formation </w:t>
      </w:r>
      <w:r>
        <w:rPr>
          <w:b w:val="0"/>
          <w:color w:val="2446A6"/>
        </w:rPr>
        <w:t>[ADR de base]</w:t>
      </w:r>
      <w:r>
        <w:rPr>
          <w:b w:val="0"/>
        </w:rPr>
        <w:t xml:space="preserve"> en </w:t>
      </w:r>
      <w:r>
        <w:rPr>
          <w:b w:val="0"/>
          <w:color w:val="2446A6"/>
        </w:rPr>
        <w:t>[2024]</w:t>
      </w:r>
      <w:r>
        <w:rPr>
          <w:b w:val="0"/>
        </w:rPr>
        <w:t>, utile pour vos retours de produits chimiques.</w:t>
      </w:r>
    </w:p>
    <w:p>
      <w:r>
        <w:rPr>
          <w:b w:val="0"/>
        </w:rPr>
        <w:t xml:space="preserve">Disponible pour une prise de poste au </w:t>
      </w:r>
      <w:r>
        <w:rPr>
          <w:b w:val="0"/>
          <w:color w:val="2446A6"/>
        </w:rPr>
        <w:t>[1er novembre]</w:t>
      </w:r>
      <w:r>
        <w:rPr>
          <w:b w:val="0"/>
        </w:rPr>
        <w:t xml:space="preserve">, je peux passer un après-midi au dépôt de </w:t>
      </w:r>
      <w:r>
        <w:rPr>
          <w:b w:val="0"/>
          <w:color w:val="2446A6"/>
        </w:rPr>
        <w:t>[Saint-Priest]</w:t>
      </w:r>
      <w:r>
        <w:rPr>
          <w:b w:val="0"/>
        </w:rPr>
        <w:t xml:space="preserve"> pour un essai sur parc avant signature. Je reste joignable au </w:t>
      </w:r>
      <w:r>
        <w:rPr>
          <w:b w:val="0"/>
          <w:color w:val="2446A6"/>
        </w:rPr>
        <w:t>[06 12 34 56 78]</w:t>
      </w:r>
      <w:r>
        <w:rPr>
          <w:b w:val="0"/>
        </w:rPr>
        <w:t>.</w:t>
      </w:r>
    </w:p>
    <w:p>
      <w:r>
        <w:rPr>
          <w:b w:val="0"/>
        </w:rPr>
        <w:t>Je vous remercie de l'attention portée à ma candidature et me tiens à votre disposition pour un entretien.</w:t>
      </w:r>
    </w:p>
    <w:p>
      <w:r>
        <w:rPr>
          <w:b w:val="0"/>
        </w:rPr>
        <w:t>Je vous prie d'agréer, Madame, l'expression de mes salutations respectueuses.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CV, copie du permis CE, attestation FIMO, carte conducteur, dernier bulletin d'analyse chronotachygraphe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dans le transport et la logistique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