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[Email]</w:t>
      </w:r>
    </w:p>
    <w:p/>
    <w:p>
      <w:pPr>
        <w:spacing w:after="0"/>
        <w:jc w:val="right"/>
      </w:pPr>
      <w:r>
        <w:rPr>
          <w:b w:val="0"/>
        </w:rPr>
        <w:t>À l’attention du responsable de recrutement</w:t>
      </w:r>
    </w:p>
    <w:p>
      <w:pPr>
        <w:spacing w:after="0"/>
        <w:jc w:val="right"/>
      </w:pPr>
      <w:r>
        <w:rPr>
          <w:b w:val="0"/>
          <w:color w:val="2446A6"/>
        </w:rPr>
        <w:t>[Nom de l’établissement]</w:t>
      </w:r>
    </w:p>
    <w:p>
      <w:pPr>
        <w:spacing w:after="0"/>
        <w:jc w:val="right"/>
      </w:pPr>
      <w:r>
        <w:rPr>
          <w:b w:val="0"/>
          <w:color w:val="2446A6"/>
        </w:rPr>
        <w:t>[Adresse]</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au poste de moniteur éducateur</w:t>
      </w:r>
    </w:p>
    <w:p/>
    <w:p>
      <w:r>
        <w:rPr>
          <w:b w:val="0"/>
        </w:rPr>
        <w:t>Madame, Monsieur,</w:t>
      </w:r>
    </w:p>
    <w:p>
      <w:r>
        <w:rPr>
          <w:b w:val="0"/>
        </w:rPr>
        <w:t xml:space="preserve">Titulaire du diplôme d’État de moniteur éducateur depuis </w:t>
      </w:r>
      <w:r>
        <w:rPr>
          <w:b w:val="0"/>
          <w:color w:val="2446A6"/>
        </w:rPr>
        <w:t>[juin 2025]</w:t>
      </w:r>
      <w:r>
        <w:rPr>
          <w:b w:val="0"/>
        </w:rPr>
        <w:t xml:space="preserve">, je vous adresse ma candidature pour le poste à pourvoir au sein de </w:t>
      </w:r>
      <w:r>
        <w:rPr>
          <w:b w:val="0"/>
          <w:color w:val="2446A6"/>
        </w:rPr>
        <w:t>[l’IME Les Hirondelles]</w:t>
      </w:r>
      <w:r>
        <w:rPr>
          <w:b w:val="0"/>
        </w:rPr>
        <w:t>. Mon parcours m’a permis de développer une pratique éducative ancrée dans l’accompagnement quotidien de personnes en situation de handicap.</w:t>
      </w:r>
    </w:p>
    <w:p>
      <w:r>
        <w:rPr>
          <w:b w:val="0"/>
        </w:rPr>
        <w:t xml:space="preserve">Lors de mon stage long de </w:t>
      </w:r>
      <w:r>
        <w:rPr>
          <w:b w:val="0"/>
          <w:color w:val="2446A6"/>
        </w:rPr>
        <w:t>[huit mois]</w:t>
      </w:r>
      <w:r>
        <w:rPr>
          <w:b w:val="0"/>
        </w:rPr>
        <w:t xml:space="preserve"> à </w:t>
      </w:r>
      <w:r>
        <w:rPr>
          <w:b w:val="0"/>
          <w:color w:val="2446A6"/>
        </w:rPr>
        <w:t>[la Maison d’enfants Le Renouveau]</w:t>
      </w:r>
      <w:r>
        <w:rPr>
          <w:b w:val="0"/>
        </w:rPr>
        <w:t xml:space="preserve">, j’ai suivi </w:t>
      </w:r>
      <w:r>
        <w:rPr>
          <w:b w:val="0"/>
          <w:color w:val="2446A6"/>
        </w:rPr>
        <w:t>[six]</w:t>
      </w:r>
      <w:r>
        <w:rPr>
          <w:b w:val="0"/>
        </w:rPr>
        <w:t xml:space="preserve"> adolescents confiés à l’Aide sociale à l’enfance. J’ai conçu et animé des ateliers de médiation artistique, en collaboration avec une psychologue et un éducateur spécialisé, pour travailler l’estime de soi et la gestion des conflits.</w:t>
      </w:r>
    </w:p>
    <w:p>
      <w:r>
        <w:rPr>
          <w:b w:val="0"/>
        </w:rPr>
        <w:t>Au quotidien, je m’appuie sur l’écoute active et l’observation fine des comportements pour ajuster mon intervention. Je sais rédiger les notes d’incident et les bilans éducatifs qui alimentent les réunions de synthèse. Mon objectif est de créer un cadre sécurisant où chaque jeune peut expérimenter des réussites.</w:t>
      </w:r>
    </w:p>
    <w:p>
      <w:r>
        <w:rPr>
          <w:b w:val="0"/>
        </w:rPr>
        <w:t xml:space="preserve">Votre établissement, qui développe un projet axé sur </w:t>
      </w:r>
      <w:r>
        <w:rPr>
          <w:b w:val="0"/>
          <w:color w:val="2446A6"/>
        </w:rPr>
        <w:t>[l’inclusion par le sport]</w:t>
      </w:r>
      <w:r>
        <w:rPr>
          <w:b w:val="0"/>
        </w:rPr>
        <w:t>, correspond à ma volonté de mobiliser des leviers concrets pour favoriser l’autonomie. Je souhaite intégrer une équipe où la cohérence éducative est portée par tous les professionnels.</w:t>
      </w:r>
    </w:p>
    <w:p>
      <w:r>
        <w:rPr>
          <w:b w:val="0"/>
        </w:rPr>
        <w:t xml:space="preserve">Je me tiens à votre disposition pour un entretien à partir du </w:t>
      </w:r>
      <w:r>
        <w:rPr>
          <w:b w:val="0"/>
          <w:color w:val="2446A6"/>
        </w:rPr>
        <w:t>[3 octobre 2026]</w:t>
      </w:r>
      <w:r>
        <w:rPr>
          <w:b w:val="0"/>
        </w:rPr>
        <w:t>.</w:t>
      </w:r>
    </w:p>
    <w:p>
      <w:r>
        <w:rPr>
          <w:b w:val="0"/>
        </w:rPr>
        <w:t>Je vous prie d’agréer, Madame, Monsieur, l’expression de mes salutations distinguées.</w:t>
      </w:r>
    </w:p>
    <w:p/>
    <w:p>
      <w:pPr>
        <w:jc w:val="right"/>
      </w:pPr>
      <w:r>
        <w:rPr>
          <w:b w:val="0"/>
          <w:color w:val="2446A6"/>
        </w:rPr>
        <w:t>[Prénom Nom]</w:t>
      </w:r>
    </w:p>
    <w:p/>
    <w:p>
      <w:r>
        <w:rPr>
          <w:b w:val="0"/>
        </w:rPr>
        <w:t>Pièce jointe : Curriculum vitæ</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moniteur éducateur</dc:title>
  <dc:subject/>
  <dc:creator/>
  <cp:keywords/>
  <dc:description/>
  <cp:lastModifiedBy/>
  <cp:revision>1</cp:revision>
  <dcterms:created xsi:type="dcterms:W3CDTF">2013-12-23T23:15:00Z</dcterms:created>
  <dcterms:modified xsi:type="dcterms:W3CDTF">2013-12-23T23:15:00Z</dcterms:modified>
  <cp:category/>
</cp:coreProperties>
</file>