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Entrepôts]</w:t>
      </w:r>
    </w:p>
    <w:p>
      <w:pPr>
        <w:spacing w:after="0"/>
      </w:pPr>
      <w:r>
        <w:rPr>
          <w:b w:val="0"/>
          <w:color w:val="2446A6"/>
        </w:rPr>
        <w:t>[69007 Lyon]</w:t>
      </w:r>
    </w:p>
    <w:p>
      <w:pPr>
        <w:spacing w:after="0"/>
      </w:pPr>
      <w:r>
        <w:rPr>
          <w:b w:val="0"/>
          <w:color w:val="2446A6"/>
        </w:rPr>
        <w:t>[06 12 34 56 78]</w:t>
      </w:r>
    </w:p>
    <w:p>
      <w:pPr>
        <w:spacing w:after="0"/>
      </w:pPr>
      <w:r>
        <w:rPr>
          <w:b w:val="0"/>
          <w:color w:val="2446A6"/>
        </w:rPr>
        <w:t>[prenom.nom@email.fr]</w:t>
      </w:r>
    </w:p>
    <w:p/>
    <w:p>
      <w:pPr>
        <w:spacing w:after="0"/>
        <w:jc w:val="right"/>
      </w:pPr>
      <w:r>
        <w:rPr>
          <w:b w:val="0"/>
        </w:rPr>
        <w:t>À l’attention du Service des Ressources Humaines</w:t>
      </w:r>
    </w:p>
    <w:p>
      <w:pPr>
        <w:spacing w:after="0"/>
        <w:jc w:val="right"/>
      </w:pPr>
      <w:r>
        <w:rPr>
          <w:b w:val="0"/>
          <w:color w:val="2446A6"/>
        </w:rPr>
        <w:t>[Société LogiDis]</w:t>
      </w:r>
    </w:p>
    <w:p>
      <w:pPr>
        <w:spacing w:after="0"/>
        <w:jc w:val="right"/>
      </w:pPr>
      <w:r>
        <w:rPr>
          <w:b w:val="0"/>
          <w:color w:val="2446A6"/>
        </w:rPr>
        <w:t>[Zone Industrielle des Grands Prés]</w:t>
      </w:r>
    </w:p>
    <w:p>
      <w:pPr>
        <w:spacing w:after="0"/>
        <w:jc w:val="right"/>
      </w:pPr>
      <w:r>
        <w:rPr>
          <w:b w:val="0"/>
          <w:color w:val="2446A6"/>
        </w:rPr>
        <w:t>[13127 Vitrolles]</w:t>
      </w:r>
    </w:p>
    <w:p/>
    <w:p>
      <w:pPr>
        <w:jc w:val="right"/>
      </w:pPr>
      <w:r>
        <w:rPr>
          <w:b w:val="0"/>
        </w:rPr>
        <w:t xml:space="preserve">À </w:t>
      </w:r>
      <w:r>
        <w:rPr>
          <w:b w:val="0"/>
          <w:color w:val="2446A6"/>
        </w:rPr>
        <w:t>[Lyon]</w:t>
      </w:r>
      <w:r>
        <w:rPr>
          <w:b w:val="0"/>
        </w:rPr>
        <w:t>, le 24 septembre 2026</w:t>
      </w:r>
    </w:p>
    <w:p>
      <w:r>
        <w:rPr>
          <w:b/>
        </w:rPr>
        <w:t>Objet : Candidature au poste de préparateur de commande</w:t>
      </w:r>
    </w:p>
    <w:p/>
    <w:p>
      <w:r>
        <w:rPr>
          <w:b w:val="0"/>
        </w:rPr>
        <w:t>Madame, Monsieur,</w:t>
      </w:r>
    </w:p>
    <w:p>
      <w:r>
        <w:rPr>
          <w:b w:val="0"/>
        </w:rPr>
        <w:t xml:space="preserve">Titulaire du CACES 1 depuis </w:t>
      </w:r>
      <w:r>
        <w:rPr>
          <w:b w:val="0"/>
          <w:color w:val="2446A6"/>
        </w:rPr>
        <w:t>[deux ans]</w:t>
      </w:r>
      <w:r>
        <w:rPr>
          <w:b w:val="0"/>
        </w:rPr>
        <w:t xml:space="preserve"> et disponible immédiatement, je vous adresse ma candidature pour renforcer vos équipes de préparation de commandes sur votre plateforme de </w:t>
      </w:r>
      <w:r>
        <w:rPr>
          <w:b w:val="0"/>
          <w:color w:val="2446A6"/>
        </w:rPr>
        <w:t>[Vitrolles]</w:t>
      </w:r>
      <w:r>
        <w:rPr>
          <w:b w:val="0"/>
        </w:rPr>
        <w:t>.</w:t>
      </w:r>
    </w:p>
    <w:p>
      <w:r>
        <w:rPr>
          <w:b w:val="0"/>
        </w:rPr>
        <w:t xml:space="preserve">Au cours de ma précédente mission de </w:t>
      </w:r>
      <w:r>
        <w:rPr>
          <w:b w:val="0"/>
          <w:color w:val="2446A6"/>
        </w:rPr>
        <w:t>[six mois]</w:t>
      </w:r>
      <w:r>
        <w:rPr>
          <w:b w:val="0"/>
        </w:rPr>
        <w:t xml:space="preserve"> chez </w:t>
      </w:r>
      <w:r>
        <w:rPr>
          <w:b w:val="0"/>
          <w:color w:val="2446A6"/>
        </w:rPr>
        <w:t>[LogiRhône]</w:t>
      </w:r>
      <w:r>
        <w:rPr>
          <w:b w:val="0"/>
        </w:rPr>
        <w:t xml:space="preserve">, j’ai préparé en moyenne </w:t>
      </w:r>
      <w:r>
        <w:rPr>
          <w:b w:val="0"/>
          <w:color w:val="2446A6"/>
        </w:rPr>
        <w:t>[180 colis par heure]</w:t>
      </w:r>
      <w:r>
        <w:rPr>
          <w:b w:val="0"/>
        </w:rPr>
        <w:t xml:space="preserve"> sur un poste en 2x8, en maintenant un taux d’erreur inférieur à </w:t>
      </w:r>
      <w:r>
        <w:rPr>
          <w:b w:val="0"/>
          <w:color w:val="2446A6"/>
        </w:rPr>
        <w:t>[0,5 %]</w:t>
      </w:r>
      <w:r>
        <w:rPr>
          <w:b w:val="0"/>
        </w:rPr>
        <w:t xml:space="preserve"> grâce au contrôle systématique des références au scanner. Cette rigueur m’a permis d’atteindre les objectifs de productivité fixés par le chef d’équipe dès la troisième semaine d’intégration.</w:t>
      </w:r>
    </w:p>
    <w:p>
      <w:r>
        <w:rPr>
          <w:b w:val="0"/>
        </w:rPr>
        <w:t>Je sais m’adapter aux variations de charge : lors des pics d’activité de fin d’année, j’ai assuré des vacations de nuit et des samedis sans jamais dépasser le seuil de casse autorisé. La manutention de charges lourdes et la station debout prolongée font partie de mon quotidien sans difficulté.</w:t>
      </w:r>
    </w:p>
    <w:p>
      <w:r>
        <w:rPr>
          <w:b w:val="0"/>
        </w:rPr>
        <w:t xml:space="preserve">Intégrer </w:t>
      </w:r>
      <w:r>
        <w:rPr>
          <w:b w:val="0"/>
          <w:color w:val="2446A6"/>
        </w:rPr>
        <w:t>[Société LogiDis]</w:t>
      </w:r>
      <w:r>
        <w:rPr>
          <w:b w:val="0"/>
        </w:rPr>
        <w:t xml:space="preserve"> représente pour moi l’opportunité de mettre ma fiabilité et ma polyvalence au service d’un groupe qui investit dans des outils de préparation vocale. Je me tiens à votre disposition pour un entretien ou une session de tests en agence.</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copie du CACES 1</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préparateur de commande</dc:title>
  <dc:subject/>
  <dc:creator/>
  <cp:keywords/>
  <dc:description/>
  <cp:lastModifiedBy/>
  <cp:revision>1</cp:revision>
  <dcterms:created xsi:type="dcterms:W3CDTF">2013-12-23T23:15:00Z</dcterms:created>
  <dcterms:modified xsi:type="dcterms:W3CDTF">2013-12-23T23:15:00Z</dcterms:modified>
  <cp:category/>
</cp:coreProperties>
</file>