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Téléphone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 xml:space="preserve">Pharmacie </w:t>
      </w:r>
      <w:r>
        <w:rPr>
          <w:b w:val="0"/>
          <w:color w:val="2446A6"/>
        </w:rPr>
        <w:t>[Nom de la pharmacie]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poste de préparateur en pharmacie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BP Préparateur en pharmacie depuis </w:t>
      </w:r>
      <w:r>
        <w:rPr>
          <w:b w:val="0"/>
          <w:color w:val="2446A6"/>
        </w:rPr>
        <w:t>[mois année]</w:t>
      </w:r>
      <w:r>
        <w:rPr>
          <w:b w:val="0"/>
        </w:rPr>
        <w:t xml:space="preserve">, je vous adresse ma candidature pour le poste de préparateur en pharmacie que vous proposez au sein de la pharmacie </w:t>
      </w:r>
      <w:r>
        <w:rPr>
          <w:b w:val="0"/>
          <w:color w:val="2446A6"/>
        </w:rPr>
        <w:t>[Nom]</w:t>
      </w:r>
      <w:r>
        <w:rPr>
          <w:b w:val="0"/>
        </w:rPr>
        <w:t xml:space="preserve">. Votre annonce parue sur </w:t>
      </w:r>
      <w:r>
        <w:rPr>
          <w:b w:val="0"/>
          <w:color w:val="2446A6"/>
        </w:rPr>
        <w:t>[site ou journal]</w:t>
      </w:r>
      <w:r>
        <w:rPr>
          <w:b w:val="0"/>
        </w:rPr>
        <w:t xml:space="preserve"> le </w:t>
      </w:r>
      <w:r>
        <w:rPr>
          <w:b w:val="0"/>
          <w:color w:val="2446A6"/>
        </w:rPr>
        <w:t>[date]</w:t>
      </w:r>
      <w:r>
        <w:rPr>
          <w:b w:val="0"/>
        </w:rPr>
        <w:t xml:space="preserve"> a retenu mon attention.</w:t>
      </w:r>
    </w:p>
    <w:p>
      <w:r>
        <w:rPr>
          <w:b w:val="0"/>
        </w:rPr>
        <w:t xml:space="preserve">Au cours de mon stage de </w:t>
      </w:r>
      <w:r>
        <w:rPr>
          <w:b w:val="0"/>
          <w:color w:val="2446A6"/>
        </w:rPr>
        <w:t>[durée]</w:t>
      </w:r>
      <w:r>
        <w:rPr>
          <w:b w:val="0"/>
        </w:rPr>
        <w:t xml:space="preserve"> à la pharmacie </w:t>
      </w:r>
      <w:r>
        <w:rPr>
          <w:b w:val="0"/>
          <w:color w:val="2446A6"/>
        </w:rPr>
        <w:t>[Nom]</w:t>
      </w:r>
      <w:r>
        <w:rPr>
          <w:b w:val="0"/>
        </w:rPr>
        <w:t xml:space="preserve">, j’ai acquis une solide expérience en dispensation d’ordonnances, conseil officinal et gestion des stocks. Je maîtrise le logiciel WinPharma et les procédures de tiers payant. J’ai traité en moyenne </w:t>
      </w:r>
      <w:r>
        <w:rPr>
          <w:b w:val="0"/>
          <w:color w:val="2446A6"/>
        </w:rPr>
        <w:t>[nombre]</w:t>
      </w:r>
      <w:r>
        <w:rPr>
          <w:b w:val="0"/>
        </w:rPr>
        <w:t xml:space="preserve"> ordonnances par jour, en vérifiant les interactions et en proposant la substitution générique lorsque c’était possible.</w:t>
      </w:r>
    </w:p>
    <w:p>
      <w:r>
        <w:rPr>
          <w:b w:val="0"/>
        </w:rPr>
        <w:t>Rigoureux et à l’écoute, je sais instaurer une relation de confiance avec la patientèle. Disponible immédiatement, y compris le samedi, je serais heureux de vous rencontrer pour un entretien afin de vous exposer ma motivation.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 et copie du BP Préparateur en pharmacie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préparateur en pharmacie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