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 email]</w:t>
      </w:r>
    </w:p>
    <w:p/>
    <w:p>
      <w:pPr>
        <w:spacing w:after="0"/>
        <w:jc w:val="right"/>
      </w:pPr>
      <w:r>
        <w:rPr>
          <w:b w:val="0"/>
        </w:rPr>
        <w:t>Monsieur le Maire</w:t>
      </w:r>
    </w:p>
    <w:p>
      <w:pPr>
        <w:spacing w:after="0"/>
        <w:jc w:val="right"/>
      </w:pPr>
      <w:r>
        <w:rPr>
          <w:b w:val="0"/>
        </w:rPr>
        <w:t xml:space="preserve">Mairie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de la mairie]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de secrétaire de mairie</w:t>
      </w:r>
    </w:p>
    <w:p/>
    <w:p>
      <w:r>
        <w:rPr>
          <w:b w:val="0"/>
        </w:rPr>
        <w:t>Monsieur le Maire,</w:t>
      </w:r>
    </w:p>
    <w:p>
      <w:r>
        <w:rPr>
          <w:b w:val="0"/>
        </w:rPr>
        <w:t xml:space="preserve">Titulaire d’un </w:t>
      </w:r>
      <w:r>
        <w:rPr>
          <w:b w:val="0"/>
          <w:color w:val="2446A6"/>
        </w:rPr>
        <w:t>[BTS Gestion des administrations]</w:t>
      </w:r>
      <w:r>
        <w:rPr>
          <w:b w:val="0"/>
        </w:rPr>
        <w:t xml:space="preserve"> et forte d’une expérience de </w:t>
      </w:r>
      <w:r>
        <w:rPr>
          <w:b w:val="0"/>
          <w:color w:val="2446A6"/>
        </w:rPr>
        <w:t>[deux ans]</w:t>
      </w:r>
      <w:r>
        <w:rPr>
          <w:b w:val="0"/>
        </w:rPr>
        <w:t xml:space="preserve"> en collectivité territoriale, je vous adresse ma candidature pour le poste de secrétaire de mairie au sein de la commune de </w:t>
      </w:r>
      <w:r>
        <w:rPr>
          <w:b w:val="0"/>
          <w:color w:val="2446A6"/>
        </w:rPr>
        <w:t>[Ville]</w:t>
      </w:r>
      <w:r>
        <w:rPr>
          <w:b w:val="0"/>
        </w:rPr>
        <w:t xml:space="preserve">, publié sur </w:t>
      </w:r>
      <w:r>
        <w:rPr>
          <w:b w:val="0"/>
          <w:color w:val="2446A6"/>
        </w:rPr>
        <w:t>[site de l’emploi public]</w:t>
      </w:r>
      <w:r>
        <w:rPr>
          <w:b w:val="0"/>
        </w:rPr>
        <w:t xml:space="preserve"> le </w:t>
      </w:r>
      <w:r>
        <w:rPr>
          <w:b w:val="0"/>
          <w:color w:val="2446A6"/>
        </w:rPr>
        <w:t>[date]</w:t>
      </w:r>
      <w:r>
        <w:rPr>
          <w:b w:val="0"/>
        </w:rPr>
        <w:t>.</w:t>
      </w:r>
    </w:p>
    <w:p>
      <w:r>
        <w:rPr>
          <w:b w:val="0"/>
        </w:rPr>
        <w:t xml:space="preserve">Au cours de mon précédent poste à la mairie de </w:t>
      </w:r>
      <w:r>
        <w:rPr>
          <w:b w:val="0"/>
          <w:color w:val="2446A6"/>
        </w:rPr>
        <w:t>[AncienneVille]</w:t>
      </w:r>
      <w:r>
        <w:rPr>
          <w:b w:val="0"/>
        </w:rPr>
        <w:t xml:space="preserve">, j’ai assuré l’accueil physique et téléphonique, la gestion des actes d’état civil (naissances, mariages, décès) et la préparation des dossiers de conseil municipal. Je maîtrise les logiciels métier </w:t>
      </w:r>
      <w:r>
        <w:rPr>
          <w:b w:val="0"/>
          <w:color w:val="2446A6"/>
        </w:rPr>
        <w:t>[Marianne et Berger-Levrault]</w:t>
      </w:r>
      <w:r>
        <w:rPr>
          <w:b w:val="0"/>
        </w:rPr>
        <w:t xml:space="preserve"> et j’ai participé à l’organisation des élections </w:t>
      </w:r>
      <w:r>
        <w:rPr>
          <w:b w:val="0"/>
          <w:color w:val="2446A6"/>
        </w:rPr>
        <w:t>[municipales de 2026]</w:t>
      </w:r>
      <w:r>
        <w:rPr>
          <w:b w:val="0"/>
        </w:rPr>
        <w:t>, de la révision des listes électorales à la tenue des bureaux de vote.</w:t>
      </w:r>
    </w:p>
    <w:p>
      <w:r>
        <w:rPr>
          <w:b w:val="0"/>
        </w:rPr>
        <w:t>Rigoureuse et discrète, je sais traiter les informations confidentielles avec la neutralité qu’exige le service public. Mon sens du contact m’a permis de répondre avec précision aux demandes des administrés, y compris sur les questions d’urbanisme (déclarations préalables, certificats d’urbanisme).</w:t>
      </w:r>
    </w:p>
    <w:p>
      <w:r>
        <w:rPr>
          <w:b w:val="0"/>
        </w:rPr>
        <w:t xml:space="preserve">Motivée par la perspective de contribuer au fonctionnement de la commune de </w:t>
      </w:r>
      <w:r>
        <w:rPr>
          <w:b w:val="0"/>
          <w:color w:val="2446A6"/>
        </w:rPr>
        <w:t>[Ville]</w:t>
      </w:r>
      <w:r>
        <w:rPr>
          <w:b w:val="0"/>
        </w:rPr>
        <w:t xml:space="preserve">, dont je connais les projets de </w:t>
      </w:r>
      <w:r>
        <w:rPr>
          <w:b w:val="0"/>
          <w:color w:val="2446A6"/>
        </w:rPr>
        <w:t>[aménagement du centre-bourg]</w:t>
      </w:r>
      <w:r>
        <w:rPr>
          <w:b w:val="0"/>
        </w:rPr>
        <w:t>, je suis disponible pour un entretien à votre convenance.</w:t>
      </w:r>
    </w:p>
    <w:p>
      <w:r>
        <w:rPr>
          <w:b w:val="0"/>
        </w:rPr>
        <w:t>Je vous prie d’agréer, Monsieur le Maire,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secrétaire de mairie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