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rPr>
        <w:t>Boulangerie Pâtisserie des Lilas</w:t>
      </w:r>
    </w:p>
    <w:p>
      <w:pPr>
        <w:spacing w:after="0"/>
        <w:jc w:val="right"/>
      </w:pPr>
      <w:r>
        <w:rPr>
          <w:b w:val="0"/>
        </w:rPr>
        <w:t>12 rue des Lilas</w:t>
      </w:r>
    </w:p>
    <w:p>
      <w:pPr>
        <w:spacing w:after="0"/>
        <w:jc w:val="right"/>
      </w:pPr>
      <w:r>
        <w:rPr>
          <w:b w:val="0"/>
        </w:rPr>
        <w:t>75020 Paris</w:t>
      </w:r>
    </w:p>
    <w:p/>
    <w:p>
      <w:pPr>
        <w:jc w:val="right"/>
      </w:pPr>
      <w:r>
        <w:rPr>
          <w:b w:val="0"/>
        </w:rPr>
        <w:t xml:space="preserve">À </w:t>
      </w:r>
      <w:r>
        <w:rPr>
          <w:b w:val="0"/>
          <w:color w:val="2446A6"/>
        </w:rPr>
        <w:t>[Ville]</w:t>
      </w:r>
      <w:r>
        <w:rPr>
          <w:b w:val="0"/>
        </w:rPr>
        <w:t>, le 24 septembre 2026</w:t>
      </w:r>
    </w:p>
    <w:p>
      <w:r>
        <w:rPr>
          <w:b/>
        </w:rPr>
        <w:t>Objet : Candidature au poste de vendeuse en boulangerie</w:t>
      </w:r>
    </w:p>
    <w:p/>
    <w:p>
      <w:r>
        <w:rPr>
          <w:b w:val="0"/>
        </w:rPr>
        <w:t>Madame, Monsieur,</w:t>
      </w:r>
    </w:p>
    <w:p>
      <w:r>
        <w:rPr>
          <w:b w:val="0"/>
        </w:rPr>
        <w:t xml:space="preserve">Passionnée par l’univers de la boulangerie artisanale et forte d’une expérience de </w:t>
      </w:r>
      <w:r>
        <w:rPr>
          <w:b w:val="0"/>
          <w:color w:val="2446A6"/>
        </w:rPr>
        <w:t>[deux ans en vente en boutique alimentaire]</w:t>
      </w:r>
      <w:r>
        <w:rPr>
          <w:b w:val="0"/>
        </w:rPr>
        <w:t>, je vous propose ma candidature pour le poste de vendeuse au sein de la Boulangerie Pâtisserie des Lilas. Votre réputation pour vos pains au levain et vos viennoiseries pur beurre, que j’ai pu apprécier à plusieurs reprises, m’incite à vouloir contribuer à la satisfaction de votre clientèle.</w:t>
      </w:r>
    </w:p>
    <w:p>
      <w:r>
        <w:rPr>
          <w:b w:val="0"/>
        </w:rPr>
        <w:t xml:space="preserve">En poste chez </w:t>
      </w:r>
      <w:r>
        <w:rPr>
          <w:b w:val="0"/>
          <w:color w:val="2446A6"/>
        </w:rPr>
        <w:t>[un primeur de quartier]</w:t>
      </w:r>
      <w:r>
        <w:rPr>
          <w:b w:val="0"/>
        </w:rPr>
        <w:t>, j’ai acquis une rapidité de service et une aisance à conseiller les clients sur les produits de saison. Je connais les spécificités des pains de tradition française, les temps de fermentation et l’importance de la cuisson sur sole. Je maîtrise la caisse enregistreuse et les procédures d’encaissement, y compris les titres-restaurant.</w:t>
      </w:r>
    </w:p>
    <w:p>
      <w:r>
        <w:rPr>
          <w:b w:val="0"/>
        </w:rPr>
        <w:t>Habituée aux ouvertures matinales, je suis disponible dès 6 heures pour assurer la mise en rayon des pains et viennoiseries, dans le respect des normes d’hygiène HACCP. Je veille à la présentation soignée des produits, au réassort régulier et à la propreté de la vitrine.</w:t>
      </w:r>
    </w:p>
    <w:p>
      <w:r>
        <w:rPr>
          <w:b w:val="0"/>
        </w:rPr>
        <w:t>Souriante et dynamique, je sais fidéliser la clientèle par un accueil personnalisé, retenir les habitudes des habitués et gérer les coups de feu du samedi matin sans perdre mon calme. Intégrer votre équipe serait pour moi l’occasion de mettre mes compétences au service d’un commerce de proximité que j’estime.</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 jointe : CV</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vendeuse en boulangerie</dc:title>
  <dc:subject/>
  <dc:creator/>
  <cp:keywords/>
  <dc:description/>
  <cp:lastModifiedBy/>
  <cp:revision>1</cp:revision>
  <dcterms:created xsi:type="dcterms:W3CDTF">2013-12-23T23:15:00Z</dcterms:created>
  <dcterms:modified xsi:type="dcterms:W3CDTF">2013-12-23T23:15:00Z</dcterms:modified>
  <cp:category/>
</cp:coreProperties>
</file>