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[Emma Lemoine]</w:t>
      </w:r>
    </w:p>
    <w:p>
      <w:pPr>
        <w:spacing w:after="0"/>
      </w:pPr>
      <w:r>
        <w:rPr>
          <w:b w:val="0"/>
          <w:color w:val="2446A6"/>
        </w:rPr>
        <w:t>[12 rue de la Paix, 75002 Paris]</w:t>
      </w:r>
    </w:p>
    <w:p>
      <w:pPr>
        <w:spacing w:after="0"/>
      </w:pPr>
      <w:r>
        <w:rPr>
          <w:b w:val="0"/>
          <w:color w:val="2446A6"/>
        </w:rPr>
        <w:t>[06 12 34 56 78]</w:t>
      </w:r>
    </w:p>
    <w:p>
      <w:pPr>
        <w:spacing w:after="0"/>
      </w:pPr>
      <w:r>
        <w:rPr>
          <w:b w:val="0"/>
          <w:color w:val="2446A6"/>
        </w:rPr>
        <w:t>[emma.lemoine@email.fr]</w:t>
      </w:r>
    </w:p>
    <w:p/>
    <w:p>
      <w:pPr>
        <w:spacing w:after="0"/>
        <w:jc w:val="right"/>
      </w:pPr>
      <w:r>
        <w:rPr>
          <w:b w:val="0"/>
          <w:color w:val="2446A6"/>
        </w:rPr>
        <w:t>[À l'attention du responsable de magasin]</w:t>
      </w:r>
    </w:p>
    <w:p>
      <w:pPr>
        <w:spacing w:after="0"/>
        <w:jc w:val="right"/>
      </w:pPr>
      <w:r>
        <w:rPr>
          <w:b w:val="0"/>
          <w:color w:val="2446A6"/>
        </w:rPr>
        <w:t>[Enseigne XYZ]</w:t>
      </w:r>
    </w:p>
    <w:p>
      <w:pPr>
        <w:spacing w:after="0"/>
        <w:jc w:val="right"/>
      </w:pPr>
      <w:r>
        <w:rPr>
          <w:b w:val="0"/>
          <w:color w:val="2446A6"/>
        </w:rPr>
        <w:t>[15 avenue des Ternes, 75017 Paris]</w:t>
      </w:r>
    </w:p>
    <w:p/>
    <w:p>
      <w:pPr>
        <w:jc w:val="right"/>
      </w:pPr>
      <w:r>
        <w:rPr>
          <w:b w:val="0"/>
        </w:rPr>
        <w:t xml:space="preserve">À </w:t>
      </w:r>
      <w:r>
        <w:rPr>
          <w:b w:val="0"/>
          <w:color w:val="2446A6"/>
        </w:rPr>
        <w:t>[Paris]</w:t>
      </w:r>
      <w:r>
        <w:rPr>
          <w:b w:val="0"/>
        </w:rPr>
        <w:t xml:space="preserve">, le </w:t>
      </w:r>
      <w:r>
        <w:rPr>
          <w:b w:val="0"/>
          <w:color w:val="2446A6"/>
        </w:rPr>
        <w:t>[24 septembre 2026]</w:t>
      </w:r>
    </w:p>
    <w:p>
      <w:r>
        <w:rPr>
          <w:b/>
        </w:rPr>
        <w:t>Objet : Candidature au poste de vendeuse</w:t>
      </w:r>
    </w:p>
    <w:p/>
    <w:p>
      <w:r>
        <w:rPr>
          <w:b w:val="0"/>
        </w:rPr>
        <w:t>Madame, Monsieur,</w:t>
      </w:r>
    </w:p>
    <w:p>
      <w:r>
        <w:rPr>
          <w:b w:val="0"/>
        </w:rPr>
        <w:t xml:space="preserve">Actuellement en recherche d’un poste de vendeuse dans le prêt-à-porter, j’ai pris connaissance de votre annonce parue sur </w:t>
      </w:r>
      <w:r>
        <w:rPr>
          <w:b w:val="0"/>
          <w:color w:val="2446A6"/>
        </w:rPr>
        <w:t>[Indeed]</w:t>
      </w:r>
      <w:r>
        <w:rPr>
          <w:b w:val="0"/>
        </w:rPr>
        <w:t xml:space="preserve"> le </w:t>
      </w:r>
      <w:r>
        <w:rPr>
          <w:b w:val="0"/>
          <w:color w:val="2446A6"/>
        </w:rPr>
        <w:t>[12 septembre]</w:t>
      </w:r>
      <w:r>
        <w:rPr>
          <w:b w:val="0"/>
        </w:rPr>
        <w:t xml:space="preserve">. Mon parcours en boutique, marqué par une progression de </w:t>
      </w:r>
      <w:r>
        <w:rPr>
          <w:b w:val="0"/>
          <w:color w:val="2446A6"/>
        </w:rPr>
        <w:t>[+15 %]</w:t>
      </w:r>
      <w:r>
        <w:rPr>
          <w:b w:val="0"/>
        </w:rPr>
        <w:t xml:space="preserve"> du chiffre d’affaires sur la ligne accessoires en </w:t>
      </w:r>
      <w:r>
        <w:rPr>
          <w:b w:val="0"/>
          <w:color w:val="2446A6"/>
        </w:rPr>
        <w:t>[deux saisons]</w:t>
      </w:r>
      <w:r>
        <w:rPr>
          <w:b w:val="0"/>
        </w:rPr>
        <w:t xml:space="preserve"> chez </w:t>
      </w:r>
      <w:r>
        <w:rPr>
          <w:b w:val="0"/>
          <w:color w:val="2446A6"/>
        </w:rPr>
        <w:t>[Zara]</w:t>
      </w:r>
      <w:r>
        <w:rPr>
          <w:b w:val="0"/>
        </w:rPr>
        <w:t>, correspond aux besoins de votre magasin.</w:t>
      </w:r>
    </w:p>
    <w:p>
      <w:r>
        <w:rPr>
          <w:b w:val="0"/>
        </w:rPr>
        <w:t xml:space="preserve">Au sein de cette enseigne, j’ai développé une approche de vente complémentaire qui a accru le panier moyen de </w:t>
      </w:r>
      <w:r>
        <w:rPr>
          <w:b w:val="0"/>
          <w:color w:val="2446A6"/>
        </w:rPr>
        <w:t>[8 euros]</w:t>
      </w:r>
      <w:r>
        <w:rPr>
          <w:b w:val="0"/>
        </w:rPr>
        <w:t>. La tenue de la caisse, le réassort quotidien et la fidélisation par la constitution d’un fichier client sont des missions que j’assume avec rigueur. Votre boutique, spécialiste de la mode féminine, exige un accueil personnalisé : c’est précisément la méthode que j’applique, de la première interaction à l’encaissement.</w:t>
      </w:r>
    </w:p>
    <w:p>
      <w:r>
        <w:rPr>
          <w:b w:val="0"/>
        </w:rPr>
        <w:t xml:space="preserve">Je connais votre implantation rue </w:t>
      </w:r>
      <w:r>
        <w:rPr>
          <w:b w:val="0"/>
          <w:color w:val="2446A6"/>
        </w:rPr>
        <w:t>[de Rivoli]</w:t>
      </w:r>
      <w:r>
        <w:rPr>
          <w:b w:val="0"/>
        </w:rPr>
        <w:t xml:space="preserve"> et votre sélection de marques. Ma polyvalence me permettrait d’intervenir aussi bien sur la surface de vente que sur la réception des livraisons, y compris les samedis. J’ai l’habitude des pics de fréquentation et je sais y maintenir une qualité de service constante.</w:t>
      </w:r>
    </w:p>
    <w:p>
      <w:r>
        <w:rPr>
          <w:b w:val="0"/>
        </w:rPr>
        <w:t xml:space="preserve">Disponible à partir du </w:t>
      </w:r>
      <w:r>
        <w:rPr>
          <w:b w:val="0"/>
          <w:color w:val="2446A6"/>
        </w:rPr>
        <w:t>[3 octobre]</w:t>
      </w:r>
      <w:r>
        <w:rPr>
          <w:b w:val="0"/>
        </w:rPr>
        <w:t>, je me tiens à votre disposition pour un entretien où je pourrai détailler ma contribution à vos résultats dès le premier mois.</w:t>
      </w:r>
    </w:p>
    <w:p>
      <w:r>
        <w:rPr>
          <w:b w:val="0"/>
        </w:rPr>
        <w:t>Dans l’attente de votre réponse, je vous prie d’agréer, Madame, Monsieur, l’expression de ma considération distinguée.</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vendeuse</dc:title>
  <dc:subject/>
  <dc:creator/>
  <cp:keywords/>
  <dc:description/>
  <cp:lastModifiedBy/>
  <cp:revision>1</cp:revision>
  <dcterms:created xsi:type="dcterms:W3CDTF">2013-12-23T23:15:00Z</dcterms:created>
  <dcterms:modified xsi:type="dcterms:W3CDTF">2013-12-23T23:15:00Z</dcterms:modified>
  <cp:category/>
</cp:coreProperties>
</file>