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Monsieur le Préfet du Rhône</w:t>
      </w:r>
    </w:p>
    <w:p>
      <w:pPr>
        <w:spacing w:after="0"/>
        <w:jc w:val="right"/>
      </w:pPr>
      <w:r>
        <w:rPr>
          <w:b w:val="0"/>
        </w:rPr>
        <w:t>Préfecture du Rhône – Service des étrangers</w:t>
      </w:r>
    </w:p>
    <w:p>
      <w:pPr>
        <w:spacing w:after="0"/>
        <w:jc w:val="right"/>
      </w:pPr>
      <w:r>
        <w:rPr>
          <w:b w:val="0"/>
        </w:rPr>
        <w:t>106 rue Pierre Corneille, 69003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Demande de premier titre de séjour – Étudiant</w:t>
      </w:r>
    </w:p>
    <w:p/>
    <w:p>
      <w:r>
        <w:rPr>
          <w:b w:val="0"/>
        </w:rPr>
        <w:t>Monsieur le Préfet,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[15 mars 2000]</w:t>
      </w:r>
      <w:r>
        <w:rPr>
          <w:b w:val="0"/>
        </w:rPr>
        <w:t xml:space="preserve"> à </w:t>
      </w:r>
      <w:r>
        <w:rPr>
          <w:b w:val="0"/>
          <w:color w:val="2446A6"/>
        </w:rPr>
        <w:t>[Santiago]</w:t>
      </w:r>
      <w:r>
        <w:rPr>
          <w:b w:val="0"/>
        </w:rPr>
        <w:t xml:space="preserve">, de nationalité </w:t>
      </w:r>
      <w:r>
        <w:rPr>
          <w:b w:val="0"/>
          <w:color w:val="2446A6"/>
        </w:rPr>
        <w:t>[chilienne]</w:t>
      </w:r>
      <w:r>
        <w:rPr>
          <w:b w:val="0"/>
        </w:rPr>
        <w:t xml:space="preserve">, résidant au </w:t>
      </w:r>
      <w:r>
        <w:rPr>
          <w:b w:val="0"/>
          <w:color w:val="2446A6"/>
        </w:rPr>
        <w:t>[12 rue de la République, 69001 Lyon]</w:t>
      </w:r>
      <w:r>
        <w:rPr>
          <w:b w:val="0"/>
        </w:rPr>
        <w:t>, sollicite par la présente la délivrance d’un premier titre de séjour portant la mention « étudiant ».</w:t>
      </w:r>
    </w:p>
    <w:p>
      <w:r>
        <w:rPr>
          <w:b w:val="0"/>
        </w:rPr>
        <w:t xml:space="preserve">Je suis actuellement inscrit(e) en deuxième année de licence en droit à l’Université Jean Moulin Lyon 3 pour l’année universitaire 2026-2027. Mon visa long séjour valant titre de séjour (VLS-TS) a été validé par l’OFII le </w:t>
      </w:r>
      <w:r>
        <w:rPr>
          <w:b w:val="0"/>
          <w:color w:val="2446A6"/>
        </w:rPr>
        <w:t>[8 septembre 2026]</w:t>
      </w:r>
      <w:r>
        <w:rPr>
          <w:b w:val="0"/>
        </w:rPr>
        <w:t>. Mon dossier comprend l’ensemble des pièces exigées par l’article R311-2 du code de l’entrée et du séjour des étrangers et du droit d’asile : formulaire CERFA n° 14571*01, copie intégrale du passport, justificatif de domicile de moins de 3 mois, attestation d’inscription pour l’année en cours, relevé bancaire certifiant de ressources mensuelles d’au moins 615 €, certificat médical OFII et trois photographies d’identité récentes.</w:t>
      </w:r>
    </w:p>
    <w:p>
      <w:r>
        <w:rPr>
          <w:b w:val="0"/>
        </w:rPr>
        <w:t>Ce dossier étant réputé complet, je vous prie de bien vouloir me convoquer pour l’enregistrement de ma demande et la remise du récépissé. Je me tiens à votre disposition pour tout document complémentaire que vous jugeriez nécessaire.</w:t>
      </w:r>
    </w:p>
    <w:p>
      <w:r>
        <w:rPr>
          <w:b w:val="0"/>
        </w:rPr>
        <w:t>Dans l’attente de votre convocation, je vous prie d’agréer, Monsieur le Préfet, l’expression de ma haute considération.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formulaire CERFA, copie passport, justificatif domicile, attestation inscription, justificatif ressources, certificat médical OFII, 3 photos.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à la préfecture : modèle de demande et de relance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