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color w:val="2446A6"/>
        </w:rPr>
        <w:t>[Téléphone]</w:t>
      </w:r>
    </w:p>
    <w:p/>
    <w:p>
      <w:pPr>
        <w:spacing w:after="0"/>
        <w:jc w:val="right"/>
      </w:pPr>
      <w:r>
        <w:rPr>
          <w:b w:val="0"/>
        </w:rPr>
        <w:t>La Poste</w:t>
      </w:r>
    </w:p>
    <w:p>
      <w:pPr>
        <w:spacing w:after="0"/>
        <w:jc w:val="right"/>
      </w:pPr>
      <w:r>
        <w:rPr>
          <w:b w:val="0"/>
        </w:rPr>
        <w:t xml:space="preserve">Bureau de poste de </w:t>
      </w:r>
      <w:r>
        <w:rPr>
          <w:b w:val="0"/>
          <w:color w:val="2446A6"/>
        </w:rPr>
        <w:t>[Ville]</w:t>
      </w:r>
    </w:p>
    <w:p>
      <w:pPr>
        <w:spacing w:after="0"/>
        <w:jc w:val="right"/>
      </w:pPr>
      <w:r>
        <w:rPr>
          <w:b w:val="0"/>
          <w:color w:val="2446A6"/>
        </w:rPr>
        <w:t>[Adresse du bureau]</w:t>
      </w:r>
    </w:p>
    <w:p/>
    <w:p>
      <w:pPr>
        <w:jc w:val="right"/>
      </w:pPr>
      <w:r>
        <w:rPr>
          <w:b w:val="0"/>
        </w:rPr>
        <w:t xml:space="preserve">À </w:t>
      </w:r>
      <w:r>
        <w:rPr>
          <w:b w:val="0"/>
          <w:color w:val="2446A6"/>
        </w:rPr>
        <w:t>[Ville]</w:t>
      </w:r>
      <w:r>
        <w:rPr>
          <w:b w:val="0"/>
        </w:rPr>
        <w:t xml:space="preserve">, le </w:t>
      </w:r>
      <w:r>
        <w:rPr>
          <w:b w:val="0"/>
          <w:color w:val="2446A6"/>
        </w:rPr>
        <w:t>[date]</w:t>
      </w:r>
    </w:p>
    <w:p>
      <w:r>
        <w:rPr>
          <w:b/>
        </w:rPr>
        <w:t>Objet : Procuration pour retrait de courrier recommandé</w:t>
      </w:r>
    </w:p>
    <w:p/>
    <w:p>
      <w:r>
        <w:rPr>
          <w:b w:val="0"/>
        </w:rPr>
        <w:t>Madame, Monsieur,</w:t>
      </w:r>
    </w:p>
    <w:p>
      <w:r>
        <w:rPr>
          <w:b w:val="0"/>
        </w:rPr>
        <w:t xml:space="preserve">Je soussigné(e) </w:t>
      </w:r>
      <w:r>
        <w:rPr>
          <w:b w:val="0"/>
          <w:color w:val="2446A6"/>
        </w:rPr>
        <w:t>[Prénom Nom]</w:t>
      </w:r>
      <w:r>
        <w:rPr>
          <w:b w:val="0"/>
        </w:rPr>
        <w:t xml:space="preserve">, né(e) le </w:t>
      </w:r>
      <w:r>
        <w:rPr>
          <w:b w:val="0"/>
          <w:color w:val="2446A6"/>
        </w:rPr>
        <w:t>[date de naissance]</w:t>
      </w:r>
      <w:r>
        <w:rPr>
          <w:b w:val="0"/>
        </w:rPr>
        <w:t xml:space="preserve"> à </w:t>
      </w:r>
      <w:r>
        <w:rPr>
          <w:b w:val="0"/>
          <w:color w:val="2446A6"/>
        </w:rPr>
        <w:t>[lieu de naissance]</w:t>
      </w:r>
      <w:r>
        <w:rPr>
          <w:b w:val="0"/>
        </w:rPr>
        <w:t xml:space="preserve">, demeurant à </w:t>
      </w:r>
      <w:r>
        <w:rPr>
          <w:b w:val="0"/>
          <w:color w:val="2446A6"/>
        </w:rPr>
        <w:t>[adresse complète]</w:t>
      </w:r>
      <w:r>
        <w:rPr>
          <w:b w:val="0"/>
        </w:rPr>
        <w:t xml:space="preserve">, donne par la présente procuration à </w:t>
      </w:r>
      <w:r>
        <w:rPr>
          <w:b w:val="0"/>
          <w:color w:val="2446A6"/>
        </w:rPr>
        <w:t>[Prénom Nom du mandataire]</w:t>
      </w:r>
      <w:r>
        <w:rPr>
          <w:b w:val="0"/>
        </w:rPr>
        <w:t xml:space="preserve">, né(e) le </w:t>
      </w:r>
      <w:r>
        <w:rPr>
          <w:b w:val="0"/>
          <w:color w:val="2446A6"/>
        </w:rPr>
        <w:t>[date de naissance du mandataire]</w:t>
      </w:r>
      <w:r>
        <w:rPr>
          <w:b w:val="0"/>
        </w:rPr>
        <w:t xml:space="preserve"> à </w:t>
      </w:r>
      <w:r>
        <w:rPr>
          <w:b w:val="0"/>
          <w:color w:val="2446A6"/>
        </w:rPr>
        <w:t>[lieu de naissance du mandataire]</w:t>
      </w:r>
      <w:r>
        <w:rPr>
          <w:b w:val="0"/>
        </w:rPr>
        <w:t xml:space="preserve">, demeurant à </w:t>
      </w:r>
      <w:r>
        <w:rPr>
          <w:b w:val="0"/>
          <w:color w:val="2446A6"/>
        </w:rPr>
        <w:t>[adresse du mandataire]</w:t>
      </w:r>
      <w:r>
        <w:rPr>
          <w:b w:val="0"/>
        </w:rPr>
        <w:t xml:space="preserve">, le pouvoir de retirer en mon nom le courrier recommandé n° </w:t>
      </w:r>
      <w:r>
        <w:rPr>
          <w:b w:val="0"/>
          <w:color w:val="2446A6"/>
        </w:rPr>
        <w:t>[2C 123 456 7890 1]</w:t>
      </w:r>
      <w:r>
        <w:rPr>
          <w:b w:val="0"/>
        </w:rPr>
        <w:t xml:space="preserve"> actuellement en instance au bureau de poste susmentionné.</w:t>
      </w:r>
    </w:p>
    <w:p>
      <w:r>
        <w:rPr>
          <w:b w:val="0"/>
        </w:rPr>
        <w:t>Cette procuration est valable pour ce seul retrait et prend fin dès la remise du pli. Le mandataire présentera ce document accompagné de sa propre pièce d'identité et de la copie de la mienne jointe en annexe.</w:t>
      </w:r>
    </w:p>
    <w:p>
      <w:r>
        <w:rPr>
          <w:b w:val="0"/>
        </w:rPr>
        <w:t>Fait pour servir et valoir ce que de droit.</w:t>
      </w:r>
    </w:p>
    <w:p>
      <w:r>
        <w:rPr>
          <w:b w:val="0"/>
        </w:rPr>
        <w:t>Je vous prie d'agréer, Madame, Monsieur, l'expression de mes salutations distinguées.</w:t>
      </w:r>
    </w:p>
    <w:p/>
    <w:p>
      <w:pPr>
        <w:jc w:val="right"/>
      </w:pPr>
      <w:r>
        <w:rPr>
          <w:b w:val="0"/>
          <w:color w:val="2446A6"/>
        </w:rPr>
        <w:t>[Prénom Nom]</w:t>
      </w:r>
    </w:p>
    <w:p/>
    <w:p>
      <w:r>
        <w:rPr>
          <w:b w:val="0"/>
        </w:rPr>
        <w:t>Pièce jointe : copie de la carte nationale d'identité</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procuration : modèle simple</dc:title>
  <dc:subject/>
  <dc:creator/>
  <cp:keywords/>
  <dc:description/>
  <cp:lastModifiedBy/>
  <cp:revision>1</cp:revision>
  <dcterms:created xsi:type="dcterms:W3CDTF">2013-12-23T23:15:00Z</dcterms:created>
  <dcterms:modified xsi:type="dcterms:W3CDTF">2013-12-23T23:15:00Z</dcterms:modified>
  <cp:category/>
</cp:coreProperties>
</file>