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 complète]</w:t>
      </w:r>
    </w:p>
    <w:p>
      <w:pPr>
        <w:spacing w:after="0"/>
      </w:pPr>
      <w:r>
        <w:rPr>
          <w:b w:val="0"/>
          <w:color w:val="2446A6"/>
        </w:rPr>
        <w:t>[Téléphone / Email]</w:t>
      </w:r>
    </w:p>
    <w:p/>
    <w:p>
      <w:pPr>
        <w:spacing w:after="0"/>
        <w:jc w:val="right"/>
      </w:pPr>
      <w:r>
        <w:rPr>
          <w:b w:val="0"/>
          <w:color w:val="2446A6"/>
        </w:rPr>
        <w:t>[Nom de l'organisme ou du professionnel]</w:t>
      </w:r>
    </w:p>
    <w:p>
      <w:pPr>
        <w:spacing w:after="0"/>
        <w:jc w:val="right"/>
      </w:pPr>
      <w:r>
        <w:rPr>
          <w:b w:val="0"/>
          <w:color w:val="2446A6"/>
        </w:rPr>
        <w:t>[Service réclamation ou service client]</w:t>
      </w:r>
    </w:p>
    <w:p>
      <w:pPr>
        <w:spacing w:after="0"/>
        <w:jc w:val="right"/>
      </w:pPr>
      <w:r>
        <w:rPr>
          <w:b w:val="0"/>
          <w:color w:val="2446A6"/>
        </w:rPr>
        <w:t>[Adresse complète]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 xml:space="preserve">Objet : Réclamation relative à </w:t>
      </w:r>
      <w:r>
        <w:rPr>
          <w:b/>
          <w:color w:val="2446A6"/>
        </w:rPr>
        <w:t>[préciser l'objet du litige]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Je vous écris pour contester </w:t>
      </w:r>
      <w:r>
        <w:rPr>
          <w:b w:val="0"/>
          <w:color w:val="2446A6"/>
        </w:rPr>
        <w:t>[décrire précisément le problème : produit défectueux, service non rendu, surfacturation, etc.]</w:t>
      </w:r>
      <w:r>
        <w:rPr>
          <w:b w:val="0"/>
        </w:rPr>
        <w:t xml:space="preserve">. Le </w:t>
      </w:r>
      <w:r>
        <w:rPr>
          <w:b w:val="0"/>
          <w:color w:val="2446A6"/>
        </w:rPr>
        <w:t>[date de l'achat ou de la prestation]</w:t>
      </w:r>
      <w:r>
        <w:rPr>
          <w:b w:val="0"/>
        </w:rPr>
        <w:t xml:space="preserve">, j'ai </w:t>
      </w:r>
      <w:r>
        <w:rPr>
          <w:b w:val="0"/>
          <w:color w:val="2446A6"/>
        </w:rPr>
        <w:t>[souscrit un contrat / acheté un article / fait appel à vos services]</w:t>
      </w:r>
      <w:r>
        <w:rPr>
          <w:b w:val="0"/>
        </w:rPr>
        <w:t xml:space="preserve"> portant la référence </w:t>
      </w:r>
      <w:r>
        <w:rPr>
          <w:b w:val="0"/>
          <w:color w:val="2446A6"/>
        </w:rPr>
        <w:t>[numéro de contrat ou de facture]</w:t>
      </w:r>
      <w:r>
        <w:rPr>
          <w:b w:val="0"/>
        </w:rPr>
        <w:t>.</w:t>
      </w:r>
    </w:p>
    <w:p>
      <w:r>
        <w:rPr>
          <w:b w:val="0"/>
        </w:rPr>
        <w:t xml:space="preserve">Or, le </w:t>
      </w:r>
      <w:r>
        <w:rPr>
          <w:b w:val="0"/>
          <w:color w:val="2446A6"/>
        </w:rPr>
        <w:t>[date de l'incident]</w:t>
      </w:r>
      <w:r>
        <w:rPr>
          <w:b w:val="0"/>
        </w:rPr>
        <w:t xml:space="preserve">, j'ai constaté que </w:t>
      </w:r>
      <w:r>
        <w:rPr>
          <w:b w:val="0"/>
          <w:color w:val="2446A6"/>
        </w:rPr>
        <w:t>[décrire les faits : le produit ne fonctionne pas, la prestation n'a pas été exécutée, le montant prélevé est erroné, etc.]</w:t>
      </w:r>
      <w:r>
        <w:rPr>
          <w:b w:val="0"/>
        </w:rPr>
        <w:t>. Cette situation contrevient à l'article 1217 du Code civil qui impose le respect des obligations contractuelles.</w:t>
      </w:r>
    </w:p>
    <w:p>
      <w:r>
        <w:rPr>
          <w:b w:val="0"/>
        </w:rPr>
        <w:t xml:space="preserve">Je vous mets donc en demeure de </w:t>
      </w:r>
      <w:r>
        <w:rPr>
          <w:b w:val="0"/>
          <w:color w:val="2446A6"/>
        </w:rPr>
        <w:t>[solution attendue : réparer, remplacer, rembourser, exécuter la prestation, etc.]</w:t>
      </w:r>
      <w:r>
        <w:rPr>
          <w:b w:val="0"/>
        </w:rPr>
        <w:t xml:space="preserve"> dans un délai de 15 jours à compter de la réception de la présente. À défaut, je me verrai contraint de saisir le médiateur de la consommation compétent ou le tribunal judiciaire.</w:t>
      </w:r>
    </w:p>
    <w:p>
      <w:r>
        <w:rPr>
          <w:b w:val="0"/>
        </w:rPr>
        <w:t xml:space="preserve">Vous trouverez ci-joint les pièces justificatives : </w:t>
      </w:r>
      <w:r>
        <w:rPr>
          <w:b w:val="0"/>
          <w:color w:val="2446A6"/>
        </w:rPr>
        <w:t>[liste des documents : contrat, facture, photos, échanges de courriels, etc.]</w:t>
      </w:r>
      <w:r>
        <w:rPr>
          <w:b w:val="0"/>
        </w:rPr>
        <w:t>. Je vous remercie de bien vouloir me confirmer la prise en compte de ma réclamation par retour de courrier.</w:t>
      </w:r>
    </w:p>
    <w:p>
      <w:r>
        <w:rPr>
          <w:b w:val="0"/>
        </w:rPr>
        <w:t>Je vous prie d'agréer, Madame, Monsieur, l'expression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copie du contrat ou de la facture n°</w:t>
      </w:r>
      <w:r>
        <w:rPr>
          <w:b w:val="0"/>
          <w:color w:val="2446A6"/>
        </w:rPr>
        <w:t>[numéro]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réclamation : modèle universel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