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Ma chère Sophie,</w:t>
      </w:r>
    </w:p>
    <w:p>
      <w:r>
        <w:rPr>
          <w:b w:val="0"/>
        </w:rPr>
        <w:t>Je repense souvent à ce week-end chez toi, et le sourire me vient dès que je revois ton jardin tout embaumé par les roses anciennes. Le parfum sucré flottait jusque dans la cuisine pendant que tu préparais ta fameuse tarte aux mirabelles ; je crois que je n’en avais pas mangé d’aussi bonne depuis l’été de mes douze ans, chez grand-mère.</w:t>
      </w:r>
    </w:p>
    <w:p>
      <w:r>
        <w:rPr>
          <w:b w:val="0"/>
        </w:rPr>
        <w:t>Merci pour ces deux jours hors du temps. Les parties de rami interminables, nos fous rires quand ton chat a renversé le pot de confiture, et cette lumière dorée du soir sur la terrasse : tout était simple et parfait. Tu as le don de rendre chaque instant doux et léger.</w:t>
      </w:r>
    </w:p>
    <w:p>
      <w:r>
        <w:rPr>
          <w:b w:val="0"/>
        </w:rPr>
        <w:t>J’ai déjà hâte de t’inviter à mon tour, dès que les travaux de la véranda seront finis. D’ici là, je t’embrasse très fort,</w:t>
      </w:r>
    </w:p>
    <w:p>
      <w:r>
        <w:rPr>
          <w:b w:val="0"/>
        </w:rPr>
        <w:t>Je t’embrasse très fort,</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remerciement : exemples à personnaliser</dc:title>
  <dc:subject/>
  <dc:creator/>
  <cp:keywords/>
  <dc:description/>
  <cp:lastModifiedBy/>
  <cp:revision>1</cp:revision>
  <dcterms:created xsi:type="dcterms:W3CDTF">2013-12-23T23:15:00Z</dcterms:created>
  <dcterms:modified xsi:type="dcterms:W3CDTF">2013-12-23T23:15:00Z</dcterms:modified>
  <cp:category/>
</cp:coreProperties>
</file>