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w:t>
      </w:r>
    </w:p>
    <w:p>
      <w:pPr>
        <w:spacing w:after="0"/>
      </w:pPr>
      <w:r>
        <w:rPr>
          <w:b w:val="0"/>
          <w:color w:val="2446A6"/>
        </w:rPr>
        <w:t>[Code postal Ville]</w:t>
      </w:r>
    </w:p>
    <w:p>
      <w:pPr>
        <w:spacing w:after="0"/>
      </w:pPr>
      <w:r>
        <w:rPr>
          <w:b w:val="0"/>
          <w:color w:val="2446A6"/>
        </w:rPr>
        <w:t>[Téléphone]</w:t>
      </w:r>
    </w:p>
    <w:p>
      <w:pPr>
        <w:spacing w:after="0"/>
      </w:pPr>
      <w:r>
        <w:rPr>
          <w:b w:val="0"/>
          <w:color w:val="2446A6"/>
        </w:rPr>
        <w:t>[Adresse e-mail]</w:t>
      </w:r>
    </w:p>
    <w:p/>
    <w:p>
      <w:pPr>
        <w:spacing w:after="0"/>
        <w:jc w:val="right"/>
      </w:pPr>
      <w:r>
        <w:rPr>
          <w:b w:val="0"/>
        </w:rPr>
        <w:t>Service Abonnement Le Monde</w:t>
      </w:r>
    </w:p>
    <w:p>
      <w:pPr>
        <w:spacing w:after="0"/>
        <w:jc w:val="right"/>
      </w:pPr>
      <w:r>
        <w:rPr>
          <w:b w:val="0"/>
        </w:rPr>
        <w:t>80 boulevard Auguste-Blanqui</w:t>
      </w:r>
    </w:p>
    <w:p>
      <w:pPr>
        <w:spacing w:after="0"/>
        <w:jc w:val="right"/>
      </w:pPr>
      <w:r>
        <w:rPr>
          <w:b w:val="0"/>
        </w:rPr>
        <w:t>75013 Paris</w:t>
      </w:r>
    </w:p>
    <w:p/>
    <w:p>
      <w:pPr>
        <w:jc w:val="right"/>
      </w:pPr>
      <w:r>
        <w:rPr>
          <w:b w:val="0"/>
        </w:rPr>
        <w:t xml:space="preserve">À </w:t>
      </w:r>
      <w:r>
        <w:rPr>
          <w:b w:val="0"/>
          <w:color w:val="2446A6"/>
        </w:rPr>
        <w:t>[Ville]</w:t>
      </w:r>
      <w:r>
        <w:rPr>
          <w:b w:val="0"/>
        </w:rPr>
        <w:t xml:space="preserve">, le </w:t>
      </w:r>
      <w:r>
        <w:rPr>
          <w:b w:val="0"/>
          <w:color w:val="2446A6"/>
        </w:rPr>
        <w:t>[24 septembre 2026]</w:t>
      </w:r>
    </w:p>
    <w:p>
      <w:pPr>
        <w:spacing w:after="0"/>
      </w:pPr>
      <w:r>
        <w:rPr>
          <w:b/>
        </w:rPr>
        <w:t>Lettre recommandée avec accusé de réception</w:t>
      </w:r>
    </w:p>
    <w:p>
      <w:r>
        <w:rPr>
          <w:b/>
        </w:rPr>
        <w:t>Objet : Résiliation de mon abonnement au journal Le Monde</w:t>
      </w:r>
    </w:p>
    <w:p/>
    <w:p>
      <w:r>
        <w:rPr>
          <w:b w:val="0"/>
        </w:rPr>
        <w:t>Madame, Monsieur,</w:t>
      </w:r>
    </w:p>
    <w:p>
      <w:r>
        <w:rPr>
          <w:b w:val="0"/>
        </w:rPr>
        <w:t xml:space="preserve">Par la présente, je vous informe de ma décision de résilier mon abonnement au journal Le Monde, souscrit le </w:t>
      </w:r>
      <w:r>
        <w:rPr>
          <w:b w:val="0"/>
          <w:color w:val="2446A6"/>
        </w:rPr>
        <w:t>[15 mars 2024]</w:t>
      </w:r>
      <w:r>
        <w:rPr>
          <w:b w:val="0"/>
        </w:rPr>
        <w:t xml:space="preserve"> sous la référence abonné </w:t>
      </w:r>
      <w:r>
        <w:rPr>
          <w:b w:val="0"/>
          <w:color w:val="2446A6"/>
        </w:rPr>
        <w:t>[ABO12345678]</w:t>
      </w:r>
      <w:r>
        <w:rPr>
          <w:b w:val="0"/>
        </w:rPr>
        <w:t xml:space="preserve">. Conformément à l'article L215-1 du Code de la consommation, je mets fin au contrat à tacite reconduction à compter de la prochaine date anniversaire, soit le </w:t>
      </w:r>
      <w:r>
        <w:rPr>
          <w:b w:val="0"/>
          <w:color w:val="2446A6"/>
        </w:rPr>
        <w:t>[15 mars 2027]</w:t>
      </w:r>
      <w:r>
        <w:rPr>
          <w:b w:val="0"/>
        </w:rPr>
        <w:t>.</w:t>
      </w:r>
    </w:p>
    <w:p>
      <w:r>
        <w:rPr>
          <w:b w:val="0"/>
        </w:rPr>
        <w:t>Je vous remercie de bien vouloir prendre en compte cette résiliation et de m'en confirmer la prise d'effet par écrit. Je vous demande également de cesser tout prélèvement automatique sur mon compte bancaire à compter de cette date. Vous trouverez ci-joint une copie de mon dernier avis d'échéance pour faciliter le traitement de ma demande.</w:t>
      </w:r>
    </w:p>
    <w:p>
      <w:r>
        <w:rPr>
          <w:b w:val="0"/>
        </w:rPr>
        <w:t>Je reste à votre disposition pour toute information complémentaire et vous prie d'agréer, Madame, Monsieur, l'expression de mes salutations distinguées.</w:t>
      </w:r>
    </w:p>
    <w:p/>
    <w:p/>
    <w:p>
      <w:pPr>
        <w:jc w:val="right"/>
      </w:pPr>
      <w:r>
        <w:rPr>
          <w:b w:val="0"/>
          <w:color w:val="2446A6"/>
        </w:rPr>
        <w:t>[Prénom Nom]</w:t>
      </w:r>
    </w:p>
    <w:p/>
    <w:p>
      <w:r>
        <w:rPr>
          <w:b w:val="0"/>
        </w:rPr>
        <w:t>Pièce jointe : copie du dernier avis d'échéance</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résiliation d'un abonnement</dc:title>
  <dc:subject/>
  <dc:creator/>
  <cp:keywords/>
  <dc:description/>
  <cp:lastModifiedBy/>
  <cp:revision>1</cp:revision>
  <dcterms:created xsi:type="dcterms:W3CDTF">2013-12-23T23:15:00Z</dcterms:created>
  <dcterms:modified xsi:type="dcterms:W3CDTF">2013-12-23T23:15:00Z</dcterms:modified>
  <cp:category/>
</cp:coreProperties>
</file>