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[Email]</w:t>
      </w:r>
    </w:p>
    <w:p/>
    <w:p>
      <w:pPr>
        <w:spacing w:after="0"/>
        <w:jc w:val="right"/>
      </w:pPr>
      <w:r>
        <w:rPr>
          <w:b w:val="0"/>
        </w:rPr>
        <w:t>MAE – Service Résiliation</w:t>
      </w:r>
    </w:p>
    <w:p>
      <w:pPr>
        <w:spacing w:after="0"/>
        <w:jc w:val="right"/>
      </w:pPr>
      <w:r>
        <w:rPr>
          <w:b w:val="0"/>
        </w:rPr>
        <w:t>50 rue de Londres</w:t>
      </w:r>
    </w:p>
    <w:p>
      <w:pPr>
        <w:spacing w:after="0"/>
        <w:jc w:val="right"/>
      </w:pPr>
      <w:r>
        <w:rPr>
          <w:b w:val="0"/>
        </w:rPr>
        <w:t>75008 Paris</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de mon contrat d'assurance scolaire n° </w:t>
      </w:r>
      <w:r>
        <w:rPr>
          <w:b/>
          <w:color w:val="2446A6"/>
        </w:rPr>
        <w:t>[numéro de contrat]</w:t>
      </w:r>
    </w:p>
    <w:p/>
    <w:p>
      <w:r>
        <w:rPr>
          <w:b w:val="0"/>
        </w:rPr>
        <w:t>Madame, Monsieur,</w:t>
      </w:r>
    </w:p>
    <w:p>
      <w:r>
        <w:rPr>
          <w:b w:val="0"/>
        </w:rPr>
        <w:t xml:space="preserve">Je soussigné(e) </w:t>
      </w:r>
      <w:r>
        <w:rPr>
          <w:b w:val="0"/>
          <w:color w:val="2446A6"/>
        </w:rPr>
        <w:t>[Prénom Nom]</w:t>
      </w:r>
      <w:r>
        <w:rPr>
          <w:b w:val="0"/>
        </w:rPr>
        <w:t xml:space="preserve">, titulaire du contrat d'assurance scolaire n° </w:t>
      </w:r>
      <w:r>
        <w:rPr>
          <w:b w:val="0"/>
          <w:color w:val="2446A6"/>
        </w:rPr>
        <w:t>[numéro de contrat]</w:t>
      </w:r>
      <w:r>
        <w:rPr>
          <w:b w:val="0"/>
        </w:rPr>
        <w:t xml:space="preserve"> souscrit auprès de votre compagnie, vous informe par la présente de ma décision de ne pas reconduire ce contrat à son échéance annuelle du </w:t>
      </w:r>
      <w:r>
        <w:rPr>
          <w:b w:val="0"/>
          <w:color w:val="2446A6"/>
        </w:rPr>
        <w:t>[date d'échéance]</w:t>
      </w:r>
      <w:r>
        <w:rPr>
          <w:b w:val="0"/>
        </w:rPr>
        <w:t>.</w:t>
      </w:r>
    </w:p>
    <w:p>
      <w:r>
        <w:rPr>
          <w:b w:val="0"/>
        </w:rPr>
        <w:t>Conformément à l'article L113-12 du Code des assurances, je respecte le délai de préavis de deux mois avant cette date. Je vous remercie de bien vouloir prendre en compte cette résiliation et de m'en confirmer la prise d'effet par écrit dans un délai de quinze jours.</w:t>
      </w:r>
    </w:p>
    <w:p>
      <w:r>
        <w:rPr>
          <w:b w:val="0"/>
        </w:rPr>
        <w:t>Je vous prie d'agréer, Madame, Monsieur, l'expression de mes salutations distinguées.</w:t>
      </w:r>
    </w:p>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d'assurance scolaire</dc:title>
  <dc:subject/>
  <dc:creator/>
  <cp:keywords/>
  <dc:description/>
  <cp:lastModifiedBy/>
  <cp:revision>1</cp:revision>
  <dcterms:created xsi:type="dcterms:W3CDTF">2013-12-23T23:15:00Z</dcterms:created>
  <dcterms:modified xsi:type="dcterms:W3CDTF">2013-12-23T23:15:00Z</dcterms:modified>
  <cp:category/>
</cp:coreProperties>
</file>