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postale complète]</w:t>
      </w:r>
    </w:p>
    <w:p>
      <w:pPr>
        <w:spacing w:after="0"/>
      </w:pPr>
      <w:r>
        <w:rPr>
          <w:b w:val="0"/>
        </w:rPr>
        <w:t xml:space="preserve">N° de contrat : </w:t>
      </w:r>
      <w:r>
        <w:rPr>
          <w:b w:val="0"/>
          <w:color w:val="2446A6"/>
        </w:rPr>
        <w:t>[numéro de contrat]</w:t>
      </w:r>
    </w:p>
    <w:p/>
    <w:p>
      <w:pPr>
        <w:spacing w:after="0"/>
        <w:jc w:val="right"/>
      </w:pPr>
      <w:r>
        <w:rPr>
          <w:b w:val="0"/>
          <w:color w:val="2446A6"/>
        </w:rPr>
        <w:t>[Nom de la compagnie d'assurance]</w:t>
      </w:r>
    </w:p>
    <w:p>
      <w:pPr>
        <w:spacing w:after="0"/>
        <w:jc w:val="right"/>
      </w:pPr>
      <w:r>
        <w:rPr>
          <w:b w:val="0"/>
        </w:rPr>
        <w:t>Service Gestion des contrats d'assurance vie</w:t>
      </w:r>
    </w:p>
    <w:p>
      <w:pPr>
        <w:spacing w:after="0"/>
        <w:jc w:val="right"/>
      </w:pPr>
      <w:r>
        <w:rPr>
          <w:b w:val="0"/>
          <w:color w:val="2446A6"/>
        </w:rPr>
        <w:t>[Adresse du siège social]</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Demande de rachat total du contrat d'assurance vie n° </w:t>
      </w:r>
      <w:r>
        <w:rPr>
          <w:b/>
          <w:color w:val="2446A6"/>
        </w:rPr>
        <w:t>[numéro de contrat]</w:t>
      </w:r>
    </w:p>
    <w:p/>
    <w:p>
      <w:r>
        <w:rPr>
          <w:b w:val="0"/>
        </w:rPr>
        <w:t>Madame, Monsieur,</w:t>
      </w:r>
    </w:p>
    <w:p>
      <w:r>
        <w:rPr>
          <w:b w:val="0"/>
        </w:rPr>
        <w:t xml:space="preserve">Je détiens le contrat d'assurance vie n° </w:t>
      </w:r>
      <w:r>
        <w:rPr>
          <w:b w:val="0"/>
          <w:color w:val="2446A6"/>
        </w:rPr>
        <w:t>[numéro de contrat]</w:t>
      </w:r>
      <w:r>
        <w:rPr>
          <w:b w:val="0"/>
        </w:rPr>
        <w:t xml:space="preserve"> souscrit le </w:t>
      </w:r>
      <w:r>
        <w:rPr>
          <w:b w:val="0"/>
          <w:color w:val="2446A6"/>
        </w:rPr>
        <w:t>[date de souscription]</w:t>
      </w:r>
      <w:r>
        <w:rPr>
          <w:b w:val="0"/>
        </w:rPr>
        <w:t xml:space="preserve"> auprès de votre compagnie. Par la présente, je vous demande le rachat total de ce contrat, conformément à l'article L132-21 du Code des assurances qui me permet de récupérer l'épargne à tout moment.</w:t>
      </w:r>
    </w:p>
    <w:p>
      <w:r>
        <w:rPr>
          <w:b w:val="0"/>
        </w:rPr>
        <w:t>Je vous remercie de m'indiquer par écrit la valeur de rachat à la date de réception de la présente, ainsi que le détail des éventuels frais ou prélèvements sociaux appliqués. Le versement devra intervenir dans le délai de deux mois prévu par l'article L132-23-1 ; au-delà, les sommes produiront intérêt au double du taux légal.</w:t>
      </w:r>
    </w:p>
    <w:p>
      <w:r>
        <w:rPr>
          <w:b w:val="0"/>
        </w:rPr>
        <w:t>Vous trouverez ci-joint la copie de ma pièce d'identité et mon dernier relevé de situation. Je maintiens la clause bénéficiaire actuelle jusqu'au versement, puis je considérerai le contrat comme clos.</w:t>
      </w:r>
    </w:p>
    <w:p>
      <w:r>
        <w:rPr>
          <w:b w:val="0"/>
        </w:rPr>
        <w:t>Je vous remercie de me confirmer la clôture du contrat et la date effective du rachat.</w:t>
      </w:r>
    </w:p>
    <w:p>
      <w:r>
        <w:rPr>
          <w:b w:val="0"/>
        </w:rPr>
        <w:t>Je vous prie d'agréer, Madame, Monsieur, l'expression de mes salutations distinguées.</w:t>
      </w:r>
    </w:p>
    <w:p/>
    <w:p>
      <w:pPr>
        <w:jc w:val="right"/>
      </w:pPr>
      <w:r>
        <w:rPr>
          <w:b w:val="0"/>
          <w:color w:val="2446A6"/>
        </w:rPr>
        <w:t>[Prénom Nom]</w:t>
      </w:r>
    </w:p>
    <w:p/>
    <w:p>
      <w:r>
        <w:rPr>
          <w:b w:val="0"/>
        </w:rPr>
        <w:t>Pièces jointes : copie de la pièce d'identité ; dernier relevé de situation du contrat.</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(rachat) d'un contrat d'assurance vie</dc:title>
  <dc:subject/>
  <dc:creator/>
  <cp:keywords/>
  <dc:description/>
  <cp:lastModifiedBy/>
  <cp:revision>1</cp:revision>
  <dcterms:created xsi:type="dcterms:W3CDTF">2013-12-23T23:15:00Z</dcterms:created>
  <dcterms:modified xsi:type="dcterms:W3CDTF">2013-12-23T23:15:00Z</dcterms:modified>
  <cp:category/>
</cp:coreProperties>
</file>