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 complète]</w:t>
      </w:r>
    </w:p>
    <w:p>
      <w:pPr>
        <w:spacing w:after="0"/>
      </w:pPr>
      <w:r>
        <w:rPr>
          <w:b w:val="0"/>
          <w:color w:val="2446A6"/>
        </w:rPr>
        <w:t>[Téléphone]</w:t>
      </w:r>
    </w:p>
    <w:p/>
    <w:p>
      <w:pPr>
        <w:spacing w:after="0"/>
        <w:jc w:val="right"/>
      </w:pPr>
      <w:r>
        <w:rPr>
          <w:b w:val="0"/>
          <w:color w:val="2446A6"/>
        </w:rPr>
        <w:t>[Nom du propriétaire ou de l’agence]</w:t>
      </w:r>
    </w:p>
    <w:p>
      <w:pPr>
        <w:spacing w:after="0"/>
        <w:jc w:val="right"/>
      </w:pPr>
      <w:r>
        <w:rPr>
          <w:b w:val="0"/>
          <w:color w:val="2446A6"/>
        </w:rPr>
        <w:t>[Adresse du bailleur]</w:t>
      </w:r>
    </w:p>
    <w:p/>
    <w:p>
      <w:pPr>
        <w:jc w:val="right"/>
      </w:pPr>
      <w:r>
        <w:rPr>
          <w:b w:val="0"/>
        </w:rPr>
        <w:t xml:space="preserve">À </w:t>
      </w:r>
      <w:r>
        <w:rPr>
          <w:b w:val="0"/>
          <w:color w:val="2446A6"/>
        </w:rPr>
        <w:t>[Ville]</w:t>
      </w:r>
      <w:r>
        <w:rPr>
          <w:b w:val="0"/>
        </w:rPr>
        <w:t xml:space="preserve">, le </w:t>
      </w:r>
      <w:r>
        <w:rPr>
          <w:b w:val="0"/>
          <w:color w:val="2446A6"/>
        </w:rPr>
        <w:t>[date]</w:t>
      </w:r>
    </w:p>
    <w:p>
      <w:pPr>
        <w:spacing w:after="0"/>
      </w:pPr>
      <w:r>
        <w:rPr>
          <w:b/>
        </w:rPr>
        <w:t>Lettre recommandée avec accusé de réception</w:t>
      </w:r>
    </w:p>
    <w:p>
      <w:r>
        <w:rPr>
          <w:b/>
        </w:rPr>
        <w:t>Objet : Résiliation du bail d’habitation – congé donné par le locataire</w:t>
      </w:r>
    </w:p>
    <w:p/>
    <w:p>
      <w:r>
        <w:rPr>
          <w:b w:val="0"/>
        </w:rPr>
        <w:t>Madame, Monsieur,</w:t>
      </w:r>
    </w:p>
    <w:p>
      <w:r>
        <w:rPr>
          <w:b w:val="0"/>
        </w:rPr>
        <w:t xml:space="preserve">Par la présente, je vous informe de ma décision de résilier le bail d’habitation que nous avons conclu pour le logement situé </w:t>
      </w:r>
      <w:r>
        <w:rPr>
          <w:b w:val="0"/>
          <w:color w:val="2446A6"/>
        </w:rPr>
        <w:t>[adresse du logement]</w:t>
      </w:r>
      <w:r>
        <w:rPr>
          <w:b w:val="0"/>
        </w:rPr>
        <w:t>, conformément à l’article 15 de la loi n° 89-462 du 6 juillet 1989.</w:t>
      </w:r>
    </w:p>
    <w:p>
      <w:r>
        <w:rPr>
          <w:b w:val="0"/>
        </w:rPr>
        <w:t xml:space="preserve">Ayant trouvé un nouvel emploi à </w:t>
      </w:r>
      <w:r>
        <w:rPr>
          <w:b w:val="0"/>
          <w:color w:val="2446A6"/>
        </w:rPr>
        <w:t>[Ville]</w:t>
      </w:r>
      <w:r>
        <w:rPr>
          <w:b w:val="0"/>
        </w:rPr>
        <w:t xml:space="preserve"> à compter du </w:t>
      </w:r>
      <w:r>
        <w:rPr>
          <w:b w:val="0"/>
          <w:color w:val="2446A6"/>
        </w:rPr>
        <w:t>[date de début]</w:t>
      </w:r>
      <w:r>
        <w:rPr>
          <w:b w:val="0"/>
        </w:rPr>
        <w:t>, je bénéficie du préavis réduit à un mois prévu par ce même article. Vous trouverez ci-joint la copie de mon contrat de travail faisant foi.</w:t>
      </w:r>
    </w:p>
    <w:p>
      <w:r>
        <w:rPr>
          <w:b w:val="0"/>
        </w:rPr>
        <w:t xml:space="preserve">Le délai de préavis commencera à courir à la date de première présentation de ce courrier recommandé. Je quitterai donc les lieux le </w:t>
      </w:r>
      <w:r>
        <w:rPr>
          <w:b w:val="0"/>
          <w:color w:val="2446A6"/>
        </w:rPr>
        <w:t>[date de fin de préavis]</w:t>
      </w:r>
      <w:r>
        <w:rPr>
          <w:b w:val="0"/>
        </w:rPr>
        <w:t>, date à laquelle je vous restituerai les clés. Je vous remercie de me proposer une date pour l’état des lieux de sortie, si possible en fin d’après-midi en semaine. Je vous remercie de m’indiquer par retour les modalités de restitution des clés si un état des lieux contradictoire ne peut être organisé.</w:t>
      </w:r>
    </w:p>
    <w:p>
      <w:r>
        <w:rPr>
          <w:b w:val="0"/>
        </w:rPr>
        <w:t xml:space="preserve">Le loyer et les charges seront réglés jusqu’à la date effective de mon départ, soit le </w:t>
      </w:r>
      <w:r>
        <w:rPr>
          <w:b w:val="0"/>
          <w:color w:val="2446A6"/>
        </w:rPr>
        <w:t>[date de fin de préavis]</w:t>
      </w:r>
      <w:r>
        <w:rPr>
          <w:b w:val="0"/>
        </w:rPr>
        <w:t xml:space="preserve">. Je vous confirme que ma nouvelle adresse sera : </w:t>
      </w:r>
      <w:r>
        <w:rPr>
          <w:b w:val="0"/>
          <w:color w:val="2446A6"/>
        </w:rPr>
        <w:t>[nouvelle adresse]</w:t>
      </w:r>
      <w:r>
        <w:rPr>
          <w:b w:val="0"/>
        </w:rPr>
        <w:t>. Conformément à l’article 22 de la même loi, le dépôt de garantie devra m’être restitué dans un délai de deux mois suivant la remise des clés, déduction faite des éventuelles sommes restant dues.</w:t>
      </w:r>
    </w:p>
    <w:p>
      <w:r>
        <w:rPr>
          <w:b w:val="0"/>
        </w:rPr>
        <w:t>Je vous remercie de bien vouloir prendre acte de ce congé. Je reste à votre disposition pour toute précision et vous prie d’agréer, Madame, Monsieur, l’expression de mes salutations distinguées.</w:t>
      </w:r>
    </w:p>
    <w:p>
      <w:r>
        <w:rPr>
          <w:b w:val="0"/>
        </w:rPr>
        <w:t>Je vous prie d’agréer, Madame, Monsieur, l’expression de mes salutations distinguées.</w:t>
      </w:r>
    </w:p>
    <w:p/>
    <w:p>
      <w:pPr>
        <w:jc w:val="right"/>
      </w:pPr>
      <w:r>
        <w:rPr>
          <w:b w:val="0"/>
          <w:color w:val="2446A6"/>
        </w:rPr>
        <w:t>[Prénom Nom]</w:t>
      </w:r>
    </w:p>
    <w:p/>
    <w:p>
      <w:r>
        <w:rPr>
          <w:b w:val="0"/>
        </w:rPr>
        <w:t>Pièce jointe : Copie du contrat de travail</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résiliation de bail (congé du locataire)</dc:title>
  <dc:subject/>
  <dc:creator/>
  <cp:keywords/>
  <dc:description/>
  <cp:lastModifiedBy/>
  <cp:revision>1</cp:revision>
  <dcterms:created xsi:type="dcterms:W3CDTF">2013-12-23T23:15:00Z</dcterms:created>
  <dcterms:modified xsi:type="dcterms:W3CDTF">2013-12-23T23:15:00Z</dcterms:modified>
  <cp:category/>
</cp:coreProperties>
</file>