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Orange – Service Résiliation</w:t>
      </w:r>
    </w:p>
    <w:p>
      <w:pPr>
        <w:spacing w:after="0"/>
        <w:jc w:val="right"/>
      </w:pPr>
      <w:r>
        <w:rPr>
          <w:b w:val="0"/>
        </w:rPr>
        <w:t>TSA 30144</w:t>
      </w:r>
    </w:p>
    <w:p>
      <w:pPr>
        <w:spacing w:after="0"/>
        <w:jc w:val="right"/>
      </w:pPr>
      <w:r>
        <w:rPr>
          <w:b w:val="0"/>
        </w:rPr>
        <w:t>59878 Lille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de mon abonnement internet box n°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par la présente de ma décision de résilier mon abonnement internet box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>. Conformément à l’article L224-33 du Code de la consommation, cette résiliation prendra effet dans un délai maximal de 10 jours à compter de la réception de ce courrier.</w:t>
      </w:r>
    </w:p>
    <w:p>
      <w:r>
        <w:rPr>
          <w:b w:val="0"/>
        </w:rPr>
        <w:t xml:space="preserve">Je vous demande de bien vouloir cesser toute facturation à compter de cette date. Je paierai le prorata des jours déjà consommés jusqu’au jour de la résiliation effective, sans frais ni pénalité, mon engagement de </w:t>
      </w:r>
      <w:r>
        <w:rPr>
          <w:b w:val="0"/>
          <w:color w:val="2446A6"/>
        </w:rPr>
        <w:t>[12 mois]</w:t>
      </w:r>
      <w:r>
        <w:rPr>
          <w:b w:val="0"/>
        </w:rPr>
        <w:t xml:space="preserve"> étant arrivé à échéance le </w:t>
      </w:r>
      <w:r>
        <w:rPr>
          <w:b w:val="0"/>
          <w:color w:val="2446A6"/>
        </w:rPr>
        <w:t>[date de fin d'engagement]</w:t>
      </w:r>
      <w:r>
        <w:rPr>
          <w:b w:val="0"/>
        </w:rPr>
        <w:t>.</w:t>
      </w:r>
    </w:p>
    <w:p>
      <w:r>
        <w:rPr>
          <w:b w:val="0"/>
        </w:rPr>
        <w:t>Concernant le matériel mis à disposition (box, alimentation, câbles), je vous remercie de m’envoyer sous 48 heures un bon de retour prépayé. Je m’engage à le renvoyer dans les 10 jours suivant la réception de ce bon, à l’adresse que vous m’indiquerez.</w:t>
      </w:r>
    </w:p>
    <w:p>
      <w:r>
        <w:rPr>
          <w:b w:val="0"/>
        </w:rPr>
        <w:t>Je vous demande de me confirmer par écrit la prise en compte de cette résiliation et la date exacte de fin de contrat, ainsi que le montant de la dernière facture. À défaut de réponse sous 15 jours, je considérerai la résiliation comme acquise.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box internet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