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Pr>
        <w:spacing w:after="0"/>
      </w:pPr>
      <w:r>
        <w:rPr>
          <w:b w:val="0"/>
          <w:color w:val="2446A6"/>
        </w:rPr>
        <w:t>[Email]</w:t>
      </w:r>
    </w:p>
    <w:p/>
    <w:p>
      <w:pPr>
        <w:spacing w:after="0"/>
        <w:jc w:val="right"/>
      </w:pPr>
      <w:r>
        <w:rPr>
          <w:b w:val="0"/>
        </w:rPr>
        <w:t>BNP Paribas – Service Résiliation</w:t>
      </w:r>
    </w:p>
    <w:p>
      <w:pPr>
        <w:spacing w:after="0"/>
        <w:jc w:val="right"/>
      </w:pPr>
      <w:r>
        <w:rPr>
          <w:b w:val="0"/>
        </w:rPr>
        <w:t>16 boulevard des Italiens</w:t>
      </w:r>
    </w:p>
    <w:p>
      <w:pPr>
        <w:spacing w:after="0"/>
        <w:jc w:val="right"/>
      </w:pPr>
      <w:r>
        <w:rPr>
          <w:b w:val="0"/>
        </w:rPr>
        <w:t>75009 Paris</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Résiliation de mon compte bancaire n° </w:t>
      </w:r>
      <w:r>
        <w:rPr>
          <w:b/>
          <w:color w:val="2446A6"/>
        </w:rPr>
        <w:t>[numéro de compte]</w:t>
      </w:r>
    </w:p>
    <w:p/>
    <w:p>
      <w:r>
        <w:rPr>
          <w:b w:val="0"/>
        </w:rPr>
        <w:t>Madame, Monsieur,</w:t>
      </w:r>
    </w:p>
    <w:p>
      <w:r>
        <w:rPr>
          <w:b w:val="0"/>
        </w:rPr>
        <w:t xml:space="preserve">Je vous informe par la présente de ma décision de résilier le compte bancaire n° </w:t>
      </w:r>
      <w:r>
        <w:rPr>
          <w:b w:val="0"/>
          <w:color w:val="2446A6"/>
        </w:rPr>
        <w:t>[numéro de compte]</w:t>
      </w:r>
      <w:r>
        <w:rPr>
          <w:b w:val="0"/>
        </w:rPr>
        <w:t xml:space="preserve"> ouvert dans votre établissement. Conformément à l’article L312-1-1 du Code monétaire, je vous demande de procéder à la clôture de ce compte dans le délai de préavis de 30 jours à compter de la réception de ce courrier.</w:t>
      </w:r>
    </w:p>
    <w:p>
      <w:r>
        <w:rPr>
          <w:b w:val="0"/>
        </w:rPr>
        <w:t>Je vous prie de bien vouloir transférer le solde créditeur éventuel sur mon nouveau compte bancaire dont le RIB est joint à ce courrier. Je vous remercie de me confirmer la date effective de clôture et de m’adresser un relevé de compte arrêté à cette date.</w:t>
      </w:r>
    </w:p>
    <w:p>
      <w:r>
        <w:rPr>
          <w:b w:val="0"/>
        </w:rPr>
        <w:t>Je vous demande également de me fournir, dans les plus brefs délais, un récapitulatif des opérations automatiques (prélèvements, virements) enregistrées sur ce compte au cours des 13 derniers mois, comme le prévoit la réglementation. Cela me permettra de les transférer sereinement vers mon nouveau compte.</w:t>
      </w:r>
    </w:p>
    <w:p>
      <w:r>
        <w:rPr>
          <w:b w:val="0"/>
        </w:rPr>
        <w:t>Enfin, je vous rappelle que la clôture d’un compte bancaire est gratuite, sauf si le compte a été ouvert depuis moins de 12 mois et que la convention de compte le prévoit expressément. Je vous remercie de ne prélever aucun frais de clôture sur le solde.</w:t>
      </w:r>
    </w:p>
    <w:p>
      <w:r>
        <w:rPr>
          <w:b w:val="0"/>
        </w:rPr>
        <w:t>Veuillez agréer, Madame, Monsieur, l’expression de mes salutations distinguées.</w:t>
      </w:r>
    </w:p>
    <w:p/>
    <w:p>
      <w:pPr>
        <w:jc w:val="right"/>
      </w:pPr>
      <w:r>
        <w:rPr>
          <w:b w:val="0"/>
          <w:color w:val="2446A6"/>
        </w:rPr>
        <w:t>[Prénom Nom]</w:t>
      </w:r>
    </w:p>
    <w:p/>
    <w:p>
      <w:r>
        <w:rPr>
          <w:b w:val="0"/>
        </w:rPr>
        <w:t>Pièce jointe : RIB du nouveau compte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clôture / résiliation de compte bancaire</dc:title>
  <dc:subject/>
  <dc:creator/>
  <cp:keywords/>
  <dc:description/>
  <cp:lastModifiedBy/>
  <cp:revision>1</cp:revision>
  <dcterms:created xsi:type="dcterms:W3CDTF">2013-12-23T23:15:00Z</dcterms:created>
  <dcterms:modified xsi:type="dcterms:W3CDTF">2013-12-23T23:15:00Z</dcterms:modified>
  <cp:category/>
</cp:coreProperties>
</file>