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[numéro]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[adresse]</w:t>
      </w:r>
    </w:p>
    <w:p/>
    <w:p>
      <w:pPr>
        <w:spacing w:after="0"/>
        <w:jc w:val="right"/>
      </w:pPr>
      <w:r>
        <w:rPr>
          <w:b w:val="0"/>
        </w:rPr>
        <w:t xml:space="preserve">Mairie de </w:t>
      </w:r>
      <w:r>
        <w:rPr>
          <w:b w:val="0"/>
          <w:color w:val="2446A6"/>
        </w:rPr>
        <w:t>[Ville]</w:t>
      </w:r>
    </w:p>
    <w:p>
      <w:pPr>
        <w:spacing w:after="0"/>
        <w:jc w:val="right"/>
      </w:pPr>
      <w:r>
        <w:rPr>
          <w:b w:val="0"/>
        </w:rPr>
        <w:t>Service périscolaire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Résiliation de l'inscription </w:t>
      </w:r>
      <w:r>
        <w:rPr>
          <w:b/>
          <w:color w:val="2446A6"/>
        </w:rPr>
        <w:t>[scolaire/périscolaire]</w:t>
      </w:r>
      <w:r>
        <w:rPr>
          <w:b/>
        </w:rPr>
        <w:t xml:space="preserve"> de </w:t>
      </w:r>
      <w:r>
        <w:rPr>
          <w:b/>
          <w:color w:val="2446A6"/>
        </w:rPr>
        <w:t>[Prénom Nom de l'enfant]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informe de ma décision de résilier l'inscription de mon enfant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au service </w:t>
      </w:r>
      <w:r>
        <w:rPr>
          <w:b w:val="0"/>
          <w:color w:val="2446A6"/>
        </w:rPr>
        <w:t>[cantine municipale, garderie du soir, étude surveillée]</w:t>
      </w:r>
      <w:r>
        <w:rPr>
          <w:b w:val="0"/>
        </w:rPr>
        <w:t xml:space="preserve"> à compter du </w:t>
      </w:r>
      <w:r>
        <w:rPr>
          <w:b w:val="0"/>
          <w:color w:val="2446A6"/>
        </w:rPr>
        <w:t>[date de fin souhaitée]</w:t>
      </w:r>
      <w:r>
        <w:rPr>
          <w:b w:val="0"/>
        </w:rPr>
        <w:t xml:space="preserve">. Cette résiliation est motivée par un déménagement à </w:t>
      </w:r>
      <w:r>
        <w:rPr>
          <w:b w:val="0"/>
          <w:color w:val="2446A6"/>
        </w:rPr>
        <w:t>[nouvelle ville]</w:t>
      </w:r>
      <w:r>
        <w:rPr>
          <w:b w:val="0"/>
        </w:rPr>
        <w:t xml:space="preserve"> au </w:t>
      </w:r>
      <w:r>
        <w:rPr>
          <w:b w:val="0"/>
          <w:color w:val="2446A6"/>
        </w:rPr>
        <w:t>[date]</w:t>
      </w:r>
      <w:r>
        <w:rPr>
          <w:b w:val="0"/>
        </w:rPr>
        <w:t xml:space="preserve"> / une admission dans un autre établissement.</w:t>
      </w:r>
    </w:p>
    <w:p>
      <w:r>
        <w:rPr>
          <w:b w:val="0"/>
        </w:rPr>
        <w:t xml:space="preserve">Conformément à l'article </w:t>
      </w:r>
      <w:r>
        <w:rPr>
          <w:b w:val="0"/>
          <w:color w:val="2446A6"/>
        </w:rPr>
        <w:t>[X]</w:t>
      </w:r>
      <w:r>
        <w:rPr>
          <w:b w:val="0"/>
        </w:rPr>
        <w:t xml:space="preserve"> du règlement intérieur que j'ai signé le </w:t>
      </w:r>
      <w:r>
        <w:rPr>
          <w:b w:val="0"/>
          <w:color w:val="2446A6"/>
        </w:rPr>
        <w:t>[date d'inscription]</w:t>
      </w:r>
      <w:r>
        <w:rPr>
          <w:b w:val="0"/>
        </w:rPr>
        <w:t xml:space="preserve">, le préavis de </w:t>
      </w:r>
      <w:r>
        <w:rPr>
          <w:b w:val="0"/>
          <w:color w:val="2446A6"/>
        </w:rPr>
        <w:t>[deux mois]</w:t>
      </w:r>
      <w:r>
        <w:rPr>
          <w:b w:val="0"/>
        </w:rPr>
        <w:t xml:space="preserve"> court à réception du présent courrier. Je vous remercie de bien vouloir cesser tout prélèvement à l'échéance indiquée et de me confirmer par écrit la radiation de l'enfant.</w:t>
      </w:r>
    </w:p>
    <w:p>
      <w:r>
        <w:rPr>
          <w:b w:val="0"/>
        </w:rPr>
        <w:t xml:space="preserve">Je joins à ce courrier le justificatif de </w:t>
      </w:r>
      <w:r>
        <w:rPr>
          <w:b w:val="0"/>
          <w:color w:val="2446A6"/>
        </w:rPr>
        <w:t>[déménagement / nouvelle inscription]</w:t>
      </w:r>
      <w:r>
        <w:rPr>
          <w:b w:val="0"/>
        </w:rPr>
        <w:t xml:space="preserve"> ainsi que la copie de ma pièce d'identité.</w:t>
      </w:r>
    </w:p>
    <w:p>
      <w:r>
        <w:rPr>
          <w:b w:val="0"/>
        </w:rPr>
        <w:t>Dans l'attente de votre confirmation, 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justificatif de </w:t>
      </w:r>
      <w:r>
        <w:rPr>
          <w:b w:val="0"/>
          <w:color w:val="2446A6"/>
        </w:rPr>
        <w:t>[déménagement / nouvelle inscription]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d'une inscription scolaire ou périscolaire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