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[44000 Nantes]</w:t>
      </w:r>
    </w:p>
    <w:p>
      <w:pPr>
        <w:spacing w:after="0"/>
      </w:pPr>
      <w:r>
        <w:rPr>
          <w:b w:val="0"/>
          <w:color w:val="2446A6"/>
        </w:rPr>
        <w:t>[Tél. : 06 12 34 56 78]</w:t>
      </w:r>
    </w:p>
    <w:p/>
    <w:p>
      <w:pPr>
        <w:spacing w:after="0"/>
        <w:jc w:val="right"/>
      </w:pPr>
      <w:r>
        <w:rPr>
          <w:b w:val="0"/>
          <w:color w:val="2446A6"/>
        </w:rPr>
        <w:t>[Nom de la mutuelle]</w:t>
      </w:r>
    </w:p>
    <w:p>
      <w:pPr>
        <w:spacing w:after="0"/>
        <w:jc w:val="right"/>
      </w:pPr>
      <w:r>
        <w:rPr>
          <w:b w:val="0"/>
        </w:rPr>
        <w:t>Service Résiliation</w:t>
      </w:r>
    </w:p>
    <w:p>
      <w:pPr>
        <w:spacing w:after="0"/>
        <w:jc w:val="right"/>
      </w:pPr>
      <w:r>
        <w:rPr>
          <w:b w:val="0"/>
          <w:color w:val="2446A6"/>
        </w:rPr>
        <w:t>[TSA 12345]</w:t>
      </w:r>
    </w:p>
    <w:p>
      <w:pPr>
        <w:spacing w:after="0"/>
        <w:jc w:val="right"/>
      </w:pPr>
      <w:r>
        <w:rPr>
          <w:b w:val="0"/>
          <w:color w:val="2446A6"/>
        </w:rPr>
        <w:t>[75900 Paris Cedex 19]</w:t>
      </w:r>
    </w:p>
    <w:p/>
    <w:p>
      <w:pPr>
        <w:jc w:val="right"/>
      </w:pPr>
      <w:r>
        <w:rPr>
          <w:b w:val="0"/>
        </w:rPr>
        <w:t>À Nantes, le 24 septembre 2026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Résiliation du contrat de mutuelle santé n° </w:t>
      </w:r>
      <w:r>
        <w:rPr>
          <w:b/>
          <w:color w:val="2446A6"/>
        </w:rPr>
        <w:t>[123456789]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Par la présente, je vous informe de ma décision de résilier mon contrat de complémentaire santé n° </w:t>
      </w:r>
      <w:r>
        <w:rPr>
          <w:b w:val="0"/>
          <w:color w:val="2446A6"/>
        </w:rPr>
        <w:t>[123456789]</w:t>
      </w:r>
      <w:r>
        <w:rPr>
          <w:b w:val="0"/>
        </w:rPr>
        <w:t xml:space="preserve">, souscrit le </w:t>
      </w:r>
      <w:r>
        <w:rPr>
          <w:b w:val="0"/>
          <w:color w:val="2446A6"/>
        </w:rPr>
        <w:t>[15 mars 2021]</w:t>
      </w:r>
      <w:r>
        <w:rPr>
          <w:b w:val="0"/>
        </w:rPr>
        <w:t xml:space="preserve"> et arrivé à échéance le </w:t>
      </w:r>
      <w:r>
        <w:rPr>
          <w:b w:val="0"/>
          <w:color w:val="2446A6"/>
        </w:rPr>
        <w:t>[15 mars 2022]</w:t>
      </w:r>
      <w:r>
        <w:rPr>
          <w:b w:val="0"/>
        </w:rPr>
        <w:t>. Cette résiliation prendra effet un mois après la date de réception de ce courrier, conformément à l'article L113-15-2 du Code des assurances.</w:t>
      </w:r>
    </w:p>
    <w:p>
      <w:r>
        <w:rPr>
          <w:b w:val="0"/>
        </w:rPr>
        <w:t>Je vous remercie de bien vouloir me confirmer par écrit la date de fin de contrat ainsi que le calcul des cotisations dues au prorata temporis. Vous trouverez ci-jointe ma carte de tiers payant, que je découpe et vous retourne comme le prévoit l'article 13 de la loi Évin.</w:t>
      </w:r>
    </w:p>
    <w:p>
      <w:r>
        <w:rPr>
          <w:b w:val="0"/>
        </w:rPr>
        <w:t>Je vous prie d'agréer, Madame, Monsieur, l'expression de mes salutations distinguées.</w:t>
      </w:r>
    </w:p>
    <w:p/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Carte de tiers payant découpée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de mutuelle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