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[Code postal]</w:t>
      </w:r>
      <w:r>
        <w:rPr>
          <w:b w:val="0"/>
        </w:rPr>
        <w:t xml:space="preserve"> </w:t>
      </w:r>
      <w:r>
        <w:rPr>
          <w:b w:val="0"/>
          <w:color w:val="2446A6"/>
        </w:rPr>
        <w:t>[Ville]</w:t>
      </w:r>
    </w:p>
    <w:p>
      <w:pPr>
        <w:spacing w:after="0"/>
      </w:pPr>
      <w:r>
        <w:rPr>
          <w:b w:val="0"/>
        </w:rPr>
        <w:t xml:space="preserve">Tél. : </w:t>
      </w:r>
      <w:r>
        <w:rPr>
          <w:b w:val="0"/>
          <w:color w:val="2446A6"/>
        </w:rPr>
        <w:t>[Téléphone]</w:t>
      </w:r>
    </w:p>
    <w:p/>
    <w:p>
      <w:pPr>
        <w:spacing w:after="0"/>
        <w:jc w:val="right"/>
      </w:pPr>
      <w:r>
        <w:rPr>
          <w:b w:val="0"/>
        </w:rPr>
        <w:t>Verisure</w:t>
      </w:r>
    </w:p>
    <w:p>
      <w:pPr>
        <w:spacing w:after="0"/>
        <w:jc w:val="right"/>
      </w:pPr>
      <w:r>
        <w:rPr>
          <w:b w:val="0"/>
        </w:rPr>
        <w:t>Service Résiliation</w:t>
      </w:r>
    </w:p>
    <w:p>
      <w:pPr>
        <w:spacing w:after="0"/>
        <w:jc w:val="right"/>
      </w:pPr>
      <w:r>
        <w:rPr>
          <w:b w:val="0"/>
        </w:rPr>
        <w:t>1 place du Général de Gaulle</w:t>
      </w:r>
    </w:p>
    <w:p>
      <w:pPr>
        <w:spacing w:after="0"/>
        <w:jc w:val="right"/>
      </w:pPr>
      <w:r>
        <w:rPr>
          <w:b w:val="0"/>
        </w:rPr>
        <w:t>92160 Antony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 xml:space="preserve">Objet : Résiliation du contrat d’alarme Verisure n° </w:t>
      </w:r>
      <w:r>
        <w:rPr>
          <w:b/>
          <w:color w:val="2446A6"/>
        </w:rPr>
        <w:t>[numéro de contrat]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Par la présente, je vous informe de ma décision de résilier le contrat d’alarme Verisure n° </w:t>
      </w:r>
      <w:r>
        <w:rPr>
          <w:b w:val="0"/>
          <w:color w:val="2446A6"/>
        </w:rPr>
        <w:t>[numéro de contrat]</w:t>
      </w:r>
      <w:r>
        <w:rPr>
          <w:b w:val="0"/>
        </w:rPr>
        <w:t xml:space="preserve">, souscrit le </w:t>
      </w:r>
      <w:r>
        <w:rPr>
          <w:b w:val="0"/>
          <w:color w:val="2446A6"/>
        </w:rPr>
        <w:t>[date de souscription]</w:t>
      </w:r>
      <w:r>
        <w:rPr>
          <w:b w:val="0"/>
        </w:rPr>
        <w:t>.</w:t>
      </w:r>
    </w:p>
    <w:p>
      <w:r>
        <w:rPr>
          <w:b w:val="0"/>
        </w:rPr>
        <w:t>Conformément aux conditions générales de vente, le préavis de trois mois commence à la date de réception de cette lettre recommandée. Je vous remercie de me confirmer par écrit la date de fin de contrat.</w:t>
      </w:r>
    </w:p>
    <w:p>
      <w:r>
        <w:rPr>
          <w:b w:val="0"/>
        </w:rPr>
        <w:t>Je vous demande de cesser tout prélèvement automatique à compter de cette échéance et de m’indiquer la procédure pour la restitution du matériel. Le retrait du matériel ne pourra donner lieu à des frais supplémentaires sans mon accord préalable.</w:t>
      </w:r>
    </w:p>
    <w:p>
      <w:r>
        <w:rPr>
          <w:b w:val="0"/>
        </w:rPr>
        <w:t>Dans l’attente de votre confirmation, je vous prie d’agréer, Madame, Monsieur, l’expression de mes salutations distinguées.</w:t>
      </w:r>
    </w:p>
    <w:p>
      <w:r>
        <w:rPr>
          <w:b w:val="0"/>
        </w:rPr>
        <w:t>Je vous prie d’agréer, Madame, Monsieur, l’expression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résiliation d'alarme Verisure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