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[Code postal Ville]</w:t>
      </w:r>
    </w:p>
    <w:p>
      <w:pPr>
        <w:spacing w:after="0"/>
      </w:pPr>
      <w:r>
        <w:rPr>
          <w:b w:val="0"/>
        </w:rPr>
        <w:t xml:space="preserve">Tél. : </w:t>
      </w:r>
      <w:r>
        <w:rPr>
          <w:b w:val="0"/>
          <w:color w:val="2446A6"/>
        </w:rPr>
        <w:t>[numéro de téléphone]</w:t>
      </w:r>
    </w:p>
    <w:p/>
    <w:p>
      <w:pPr>
        <w:spacing w:after="0"/>
        <w:jc w:val="right"/>
      </w:pPr>
      <w:r>
        <w:rPr>
          <w:b w:val="0"/>
        </w:rPr>
        <w:t>Free – Service Résiliation</w:t>
      </w:r>
    </w:p>
    <w:p>
      <w:pPr>
        <w:spacing w:after="0"/>
        <w:jc w:val="right"/>
      </w:pPr>
      <w:r>
        <w:rPr>
          <w:b w:val="0"/>
        </w:rPr>
        <w:t>75371 Paris Cedex 08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 xml:space="preserve">Objet : Résiliation du contrat n° </w:t>
      </w:r>
      <w:r>
        <w:rPr>
          <w:b/>
          <w:color w:val="2446A6"/>
        </w:rPr>
        <w:t>[numéro de contrat]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Je vous informe par la présente de ma décision de résilier le contrat </w:t>
      </w:r>
      <w:r>
        <w:rPr>
          <w:b w:val="0"/>
          <w:color w:val="2446A6"/>
        </w:rPr>
        <w:t>[type de contrat : assurance habitation, abonnement internet]</w:t>
      </w:r>
      <w:r>
        <w:rPr>
          <w:b w:val="0"/>
        </w:rPr>
        <w:t xml:space="preserve"> portant le numéro </w:t>
      </w:r>
      <w:r>
        <w:rPr>
          <w:b w:val="0"/>
          <w:color w:val="2446A6"/>
        </w:rPr>
        <w:t>[numéro de contrat]</w:t>
      </w:r>
      <w:r>
        <w:rPr>
          <w:b w:val="0"/>
        </w:rPr>
        <w:t xml:space="preserve">, souscrit le </w:t>
      </w:r>
      <w:r>
        <w:rPr>
          <w:b w:val="0"/>
          <w:color w:val="2446A6"/>
        </w:rPr>
        <w:t>[date de souscription]</w:t>
      </w:r>
      <w:r>
        <w:rPr>
          <w:b w:val="0"/>
        </w:rPr>
        <w:t>.</w:t>
      </w:r>
    </w:p>
    <w:p>
      <w:r>
        <w:rPr>
          <w:b w:val="0"/>
        </w:rPr>
        <w:t>Conformément à l'article L. 215-1 du Code de la consommation, cette résiliation prendra effet à l'issue d'un préavis d'un mois à compter de la réception de ce courrier. Je vous remercie de prendre les dispositions pour arrêter tout prélèvement à cette date.</w:t>
      </w:r>
    </w:p>
    <w:p>
      <w:r>
        <w:rPr>
          <w:b w:val="0"/>
        </w:rPr>
        <w:t>Merci de m'adresser une confirmation écrite de la prise en compte de ma demande ainsi qu'une facture de clôture le cas échéant.</w:t>
      </w:r>
    </w:p>
    <w:p>
      <w:r>
        <w:rPr>
          <w:b w:val="0"/>
        </w:rPr>
        <w:t>Je vous prie d'agréer, Madame, Monsieur, l'expression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copie de votre pièce d'identité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résiliation : le modèle à adapter à votre contrat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