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Mon </w:t>
      </w:r>
      <w:r>
        <w:rPr>
          <w:b w:val="0"/>
          <w:color w:val="2446A6"/>
        </w:rPr>
        <w:t>[Paul]</w:t>
      </w:r>
      <w:r>
        <w:rPr>
          <w:b w:val="0"/>
        </w:rPr>
        <w:t>,</w:t>
      </w:r>
    </w:p>
    <w:p>
      <w:r>
        <w:rPr>
          <w:b w:val="0"/>
        </w:rPr>
        <w:t xml:space="preserve">Je t’écris parce que les mots justes me manquent quand je te vois, et que je te dois mieux que des silences. Depuis plusieurs semaines, je sens que nous n’avançons plus dans la même direction. Je repense à notre week-end à </w:t>
      </w:r>
      <w:r>
        <w:rPr>
          <w:b w:val="0"/>
          <w:color w:val="2446A6"/>
        </w:rPr>
        <w:t>[Annecy]</w:t>
      </w:r>
      <w:r>
        <w:rPr>
          <w:b w:val="0"/>
        </w:rPr>
        <w:t xml:space="preserve">, quand nous avions ri sous la pluie en attendant le bateau. Ce souvenir reste intact, mais il ne suffit plus à masquer les tensions du quotidien. Les disputes à propos de </w:t>
      </w:r>
      <w:r>
        <w:rPr>
          <w:b w:val="0"/>
          <w:color w:val="2446A6"/>
        </w:rPr>
        <w:t>[l’emménagement]</w:t>
      </w:r>
      <w:r>
        <w:rPr>
          <w:b w:val="0"/>
        </w:rPr>
        <w:t xml:space="preserve"> ont révélé des attentes trop différentes, et j’ai compris que rester ensemble par habitude nous abîmerait davantage. J’ai mis du temps à l’admettre, parce que je tiens à toi. Je préfère que nous gardions chacun le respect de l’autre plutôt que d’épuiser ce qui a été beau. Je ne regrette rien de nos </w:t>
      </w:r>
      <w:r>
        <w:rPr>
          <w:b w:val="0"/>
          <w:color w:val="2446A6"/>
        </w:rPr>
        <w:t>[deux saisons en boutique]</w:t>
      </w:r>
      <w:r>
        <w:rPr>
          <w:b w:val="0"/>
        </w:rPr>
        <w:t>, de nos dimanches à refaire le monde. Aujourd’hui, je choisis de partir pour nous épargner une usure plus douloureuse. Prends soin de toi.</w:t>
      </w:r>
    </w:p>
    <w:p>
      <w:r>
        <w:rPr>
          <w:b w:val="0"/>
        </w:rPr>
        <w:t>formule</w:t>
      </w:r>
    </w:p>
    <w:p>
      <w:r>
        <w:rPr>
          <w:b w:val="0"/>
        </w:rPr>
        <w:t>signature</w:t>
      </w:r>
    </w:p>
    <w:p>
      <w:r>
        <w:rPr>
          <w:b w:val="0"/>
        </w:rPr>
        <w:t>Avec toute mon affection,</w:t>
      </w:r>
    </w:p>
    <w:p/>
    <w:p>
      <w:pPr>
        <w:jc w:val="right"/>
      </w:pPr>
      <w:r>
        <w:rPr>
          <w:b w:val="0"/>
          <w:color w:val="2446A6"/>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rupture amoureuse</dc:title>
  <dc:subject/>
  <dc:creator/>
  <cp:keywords/>
  <dc:description/>
  <cp:lastModifiedBy/>
  <cp:revision>1</cp:revision>
  <dcterms:created xsi:type="dcterms:W3CDTF">2013-12-23T23:15:00Z</dcterms:created>
  <dcterms:modified xsi:type="dcterms:W3CDTF">2013-12-23T23:15:00Z</dcterms:modified>
  <cp:category/>
</cp:coreProperties>
</file>