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75011 Paris]</w:t>
      </w:r>
    </w:p>
    <w:p>
      <w:pPr>
        <w:spacing w:after="0"/>
      </w:pPr>
      <w:r>
        <w:rPr>
          <w:b w:val="0"/>
          <w:color w:val="2446A6"/>
        </w:rPr>
        <w:t>[06 12 34 56 78]</w:t>
      </w:r>
    </w:p>
    <w:p/>
    <w:p>
      <w:pPr>
        <w:spacing w:after="0"/>
        <w:jc w:val="right"/>
      </w:pPr>
      <w:r>
        <w:rPr>
          <w:b w:val="0"/>
          <w:color w:val="2446A6"/>
        </w:rPr>
        <w:t>[Madame/Monsieur Prénom Nom]</w:t>
      </w:r>
    </w:p>
    <w:p>
      <w:pPr>
        <w:spacing w:after="0"/>
        <w:jc w:val="right"/>
      </w:pPr>
      <w:r>
        <w:rPr>
          <w:b w:val="0"/>
          <w:color w:val="2446A6"/>
        </w:rPr>
        <w:t>[8 avenue de la République, 75011 Paris]</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 xml:space="preserve">Objet : Mise en demeure de payer les loyers impayés — appartement </w:t>
      </w:r>
      <w:r>
        <w:rPr>
          <w:b/>
          <w:color w:val="2446A6"/>
        </w:rPr>
        <w:t>[3e étage, 8 avenue de la République, 75011 Paris]</w:t>
      </w:r>
    </w:p>
    <w:p/>
    <w:p>
      <w:r>
        <w:rPr>
          <w:b w:val="0"/>
        </w:rPr>
        <w:t>Madame, Monsieur,</w:t>
      </w:r>
    </w:p>
    <w:p>
      <w:r>
        <w:rPr>
          <w:b w:val="0"/>
        </w:rPr>
        <w:t xml:space="preserve">En vertu du bail signé le </w:t>
      </w:r>
      <w:r>
        <w:rPr>
          <w:b w:val="0"/>
          <w:color w:val="2446A6"/>
        </w:rPr>
        <w:t>[15 mars 2024]</w:t>
      </w:r>
      <w:r>
        <w:rPr>
          <w:b w:val="0"/>
        </w:rPr>
        <w:t xml:space="preserve">, vous occupez l'appartement situé </w:t>
      </w:r>
      <w:r>
        <w:rPr>
          <w:b w:val="0"/>
          <w:color w:val="2446A6"/>
        </w:rPr>
        <w:t>[8 avenue de la République, 75011 Paris]</w:t>
      </w:r>
      <w:r>
        <w:rPr>
          <w:b w:val="0"/>
        </w:rPr>
        <w:t xml:space="preserve"> et devez régler un loyer mensuel de </w:t>
      </w:r>
      <w:r>
        <w:rPr>
          <w:b w:val="0"/>
          <w:color w:val="2446A6"/>
        </w:rPr>
        <w:t>[950 €]</w:t>
      </w:r>
      <w:r>
        <w:rPr>
          <w:b w:val="0"/>
        </w:rPr>
        <w:t xml:space="preserve">, payable d'avance le </w:t>
      </w:r>
      <w:r>
        <w:rPr>
          <w:b w:val="0"/>
          <w:color w:val="2446A6"/>
        </w:rPr>
        <w:t>[1er]</w:t>
      </w:r>
      <w:r>
        <w:rPr>
          <w:b w:val="0"/>
        </w:rPr>
        <w:t xml:space="preserve"> de chaque mois.</w:t>
      </w:r>
    </w:p>
    <w:p>
      <w:r>
        <w:rPr>
          <w:b w:val="0"/>
        </w:rPr>
        <w:t xml:space="preserve">Or, les loyers des </w:t>
      </w:r>
      <w:r>
        <w:rPr>
          <w:b w:val="0"/>
          <w:color w:val="2446A6"/>
        </w:rPr>
        <w:t>[mois de juillet, août et septembre 2026]</w:t>
      </w:r>
      <w:r>
        <w:rPr>
          <w:b w:val="0"/>
        </w:rPr>
        <w:t xml:space="preserve"> ne m'ont pas été réglés à leur échéance. Le décompte arrêté au </w:t>
      </w:r>
      <w:r>
        <w:rPr>
          <w:b w:val="0"/>
          <w:color w:val="2446A6"/>
        </w:rPr>
        <w:t>[24 septembre 2026]</w:t>
      </w:r>
      <w:r>
        <w:rPr>
          <w:b w:val="0"/>
        </w:rPr>
        <w:t xml:space="preserve"> s'élève à </w:t>
      </w:r>
      <w:r>
        <w:rPr>
          <w:b w:val="0"/>
          <w:color w:val="2446A6"/>
        </w:rPr>
        <w:t>[2 850 €]</w:t>
      </w:r>
      <w:r>
        <w:rPr>
          <w:b w:val="0"/>
        </w:rPr>
        <w:t xml:space="preserve">, soit </w:t>
      </w:r>
      <w:r>
        <w:rPr>
          <w:b w:val="0"/>
          <w:color w:val="2446A6"/>
        </w:rPr>
        <w:t>[3 mois]</w:t>
      </w:r>
      <w:r>
        <w:rPr>
          <w:b w:val="0"/>
        </w:rPr>
        <w:t xml:space="preserve"> de loyer impayés, auxquels s'ajoutent </w:t>
      </w:r>
      <w:r>
        <w:rPr>
          <w:b w:val="0"/>
          <w:color w:val="2446A6"/>
        </w:rPr>
        <w:t>[142,50 €]</w:t>
      </w:r>
      <w:r>
        <w:rPr>
          <w:b w:val="0"/>
        </w:rPr>
        <w:t xml:space="preserve"> de majorations pour frais de recouvrement prévues à l'article 7 de la loi du 6 juillet 1989.</w:t>
      </w:r>
    </w:p>
    <w:p>
      <w:r>
        <w:rPr>
          <w:b w:val="0"/>
        </w:rPr>
        <w:t xml:space="preserve">Par la présente, je vous mets en demeure de me verser la somme totale de </w:t>
      </w:r>
      <w:r>
        <w:rPr>
          <w:b w:val="0"/>
          <w:color w:val="2446A6"/>
        </w:rPr>
        <w:t>[2 992,50 €]</w:t>
      </w:r>
      <w:r>
        <w:rPr>
          <w:b w:val="0"/>
        </w:rPr>
        <w:t xml:space="preserve"> dans un délai de </w:t>
      </w:r>
      <w:r>
        <w:rPr>
          <w:b w:val="0"/>
          <w:color w:val="2446A6"/>
        </w:rPr>
        <w:t>[huit jours]</w:t>
      </w:r>
      <w:r>
        <w:rPr>
          <w:b w:val="0"/>
        </w:rPr>
        <w:t xml:space="preserve"> à compter de la réception de ce courrier. Passé ce délai, je saisirai le tribunal d'instance pour obtenir un commandement de payer visant la clause résolutoire du bail et faire constater la résiliation de celui-ci.</w:t>
      </w:r>
    </w:p>
    <w:p>
      <w:r>
        <w:rPr>
          <w:b w:val="0"/>
        </w:rPr>
        <w:t>Je vous rappelle qu'à défaut de paiement dans le délai imparti, des intérêts au taux légal courront de plein droit sur les sommes dues, et que les frais de procédure seront à votre charge.</w:t>
      </w:r>
    </w:p>
    <w:p>
      <w:r>
        <w:rPr>
          <w:b w:val="0"/>
        </w:rPr>
        <w:t xml:space="preserve">Si vous rencontrez des difficultés pour régler cette somme, contactez-moi au </w:t>
      </w:r>
      <w:r>
        <w:rPr>
          <w:b w:val="0"/>
          <w:color w:val="2446A6"/>
        </w:rPr>
        <w:t>[06 12 34 56 78]</w:t>
      </w:r>
      <w:r>
        <w:rPr>
          <w:b w:val="0"/>
        </w:rPr>
        <w:t xml:space="preserve"> avant l'expiration du délai afin d'envisager un échelonnement du paiement.</w:t>
      </w:r>
    </w:p>
    <w:p>
      <w:r>
        <w:rPr>
          <w:b w:val="0"/>
        </w:rPr>
        <w:t>Je vous prie d'agréer, Madame, Monsieur, l'expression de mes salutations distinguées.</w:t>
      </w:r>
    </w:p>
    <w:p/>
    <w:p>
      <w:pPr>
        <w:jc w:val="right"/>
      </w:pPr>
      <w:r>
        <w:rPr>
          <w:b w:val="0"/>
          <w:color w:val="2446A6"/>
        </w:rPr>
        <w:t>[Prénom Nom]</w:t>
      </w:r>
    </w:p>
    <w:p/>
    <w:p>
      <w:r>
        <w:rPr>
          <w:b w:val="0"/>
        </w:rPr>
        <w:t>Pièce jointe : copie du bail, décompte des sommes dues, copie des quittances impayées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mise en demeure pour loyer impayé</dc:title>
  <dc:subject/>
  <dc:creator/>
  <cp:keywords/>
  <dc:description/>
  <cp:lastModifiedBy/>
  <cp:revision>1</cp:revision>
  <dcterms:created xsi:type="dcterms:W3CDTF">2013-12-23T23:15:00Z</dcterms:created>
  <dcterms:modified xsi:type="dcterms:W3CDTF">2013-12-23T23:15:00Z</dcterms:modified>
  <cp:category/>
</cp:coreProperties>
</file>