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Ma très chère </w:t>
      </w:r>
      <w:r>
        <w:rPr>
          <w:b w:val="0"/>
          <w:color w:val="2446A6"/>
        </w:rPr>
        <w:t>[Sophie]</w:t>
      </w:r>
      <w:r>
        <w:rPr>
          <w:b w:val="0"/>
        </w:rPr>
        <w:t xml:space="preserve">, mon cher </w:t>
      </w:r>
      <w:r>
        <w:rPr>
          <w:b w:val="0"/>
          <w:color w:val="2446A6"/>
        </w:rPr>
        <w:t>[Thomas]</w:t>
      </w:r>
      <w:r>
        <w:rPr>
          <w:b w:val="0"/>
        </w:rPr>
        <w:t>,</w:t>
      </w:r>
    </w:p>
    <w:p>
      <w:r>
        <w:rPr>
          <w:b w:val="0"/>
        </w:rPr>
        <w:t xml:space="preserve">Quelle joie immense en découvrant ce matin la photo de votre petit </w:t>
      </w:r>
      <w:r>
        <w:rPr>
          <w:b w:val="0"/>
          <w:color w:val="2446A6"/>
        </w:rPr>
        <w:t>[Gabriel]</w:t>
      </w:r>
      <w:r>
        <w:rPr>
          <w:b w:val="0"/>
        </w:rPr>
        <w:t>, emmitouflé dans ce plaid à carreaux que je reconnais entre mille. Ses petits poings serrés et cette moue déjà si décidée m'ont arraché un sourire qui ne m'a pas quittée de la journée.</w:t>
      </w:r>
    </w:p>
    <w:p>
      <w:r>
        <w:rPr>
          <w:b w:val="0"/>
        </w:rPr>
        <w:t>Je repense à ce dimanche de mars où vous nous annonciez la grande nouvelle, un peu timidement, entre la poire et le fromage. Votre bonheur discret illuminait déjà la tablée. Aujourd'hui, il a un visage, et c'est bouleversant.</w:t>
      </w:r>
    </w:p>
    <w:p>
      <w:r>
        <w:rPr>
          <w:b w:val="0"/>
        </w:rPr>
        <w:t>Prenez le temps d'apprivoiser ces premières semaines à trois, sans vous laisser envahir par les visites. Les nuits hachées, l'odeur du lait tiède, le poids plume d'un nouveau-né endormi sur votre poitrine : chaque instant est un trésor fragile que vous seuls pouvez recueillir.</w:t>
      </w:r>
    </w:p>
    <w:p>
      <w:r>
        <w:rPr>
          <w:b w:val="0"/>
        </w:rPr>
        <w:t>Je vous embrasse très fort tous les trois, et je trépigne d'impatience à l'idée de venir vous voir quand vous serez prêts.</w:t>
      </w:r>
    </w:p>
    <w:p>
      <w:r>
        <w:rPr>
          <w:b w:val="0"/>
        </w:rPr>
        <w:t>Avec toute mon affection,</w:t>
      </w:r>
    </w:p>
    <w:p/>
    <w:p>
      <w:pPr>
        <w:jc w:val="right"/>
      </w:pPr>
      <w:r>
        <w:rPr>
          <w:b w:val="0"/>
          <w:color w:val="2446A6"/>
        </w:rPr>
        <w:t>[Claire]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bienvenue pour un nouveau-né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