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r>
        <w:rPr>
          <w:b w:val="0"/>
        </w:rPr>
        <w:t>Coucou à tous les deux,</w:t>
      </w:r>
    </w:p>
    <w:p>
      <w:r>
        <w:rPr>
          <w:b w:val="0"/>
        </w:rPr>
        <w:t xml:space="preserve">La chambre est presque prête : le lit est monté depuis samedi, il ne manque plus que les rideaux. Pour celles et ceux qui nous ont demandé ce qui nous ferait plaisir, nous avons préparé une petite liste chez </w:t>
      </w:r>
      <w:r>
        <w:rPr>
          <w:b w:val="0"/>
          <w:color w:val="2446A6"/>
        </w:rPr>
        <w:t>[Bébé Cash]</w:t>
      </w:r>
      <w:r>
        <w:rPr>
          <w:b w:val="0"/>
        </w:rPr>
        <w:t xml:space="preserve">, au </w:t>
      </w:r>
      <w:r>
        <w:rPr>
          <w:b w:val="0"/>
          <w:color w:val="2446A6"/>
        </w:rPr>
        <w:t>[12 rue des Lilas à Nantes]</w:t>
      </w:r>
      <w:r>
        <w:rPr>
          <w:b w:val="0"/>
        </w:rPr>
        <w:t>.</w:t>
      </w:r>
    </w:p>
    <w:p>
      <w:r>
        <w:rPr>
          <w:b w:val="0"/>
        </w:rPr>
        <w:t xml:space="preserve">Vous la trouverez en ligne à l'adresse </w:t>
      </w:r>
      <w:r>
        <w:rPr>
          <w:b w:val="0"/>
          <w:color w:val="2446A6"/>
        </w:rPr>
        <w:t>[www.listenaissance-bebe.fr/pauline-et-thomas]</w:t>
      </w:r>
      <w:r>
        <w:rPr>
          <w:b w:val="0"/>
        </w:rPr>
        <w:t xml:space="preserve"> avec le code </w:t>
      </w:r>
      <w:r>
        <w:rPr>
          <w:b w:val="0"/>
          <w:color w:val="2446A6"/>
        </w:rPr>
        <w:t>[PAULINE2026]</w:t>
      </w:r>
      <w:r>
        <w:rPr>
          <w:b w:val="0"/>
        </w:rPr>
        <w:t xml:space="preserve">, ou directement en magasin : demandez </w:t>
      </w:r>
      <w:r>
        <w:rPr>
          <w:b w:val="0"/>
          <w:color w:val="2446A6"/>
        </w:rPr>
        <w:t>[Sandra]</w:t>
      </w:r>
      <w:r>
        <w:rPr>
          <w:b w:val="0"/>
        </w:rPr>
        <w:t xml:space="preserve"> à l'accueil, elle a la liste sous le comptoir.</w:t>
      </w:r>
    </w:p>
    <w:p>
      <w:r>
        <w:rPr>
          <w:b w:val="0"/>
        </w:rPr>
        <w:t xml:space="preserve">Si vous préférez choisir vous-même, faites-vous plaisir : un livre, une couverture tricotée, un doudou qui a déjà servi à vos enfants, tout nous touchera. Le grand frère </w:t>
      </w:r>
      <w:r>
        <w:rPr>
          <w:b w:val="0"/>
          <w:color w:val="2446A6"/>
        </w:rPr>
        <w:t>[Malo]</w:t>
      </w:r>
      <w:r>
        <w:rPr>
          <w:b w:val="0"/>
        </w:rPr>
        <w:t xml:space="preserve"> a déjà mis de côté son camion de pompier pour le prêter.</w:t>
      </w:r>
    </w:p>
    <w:p>
      <w:r>
        <w:rPr>
          <w:b w:val="0"/>
        </w:rPr>
        <w:t xml:space="preserve">Pour les commandes en ligne, comptez </w:t>
      </w:r>
      <w:r>
        <w:rPr>
          <w:b w:val="0"/>
          <w:color w:val="2446A6"/>
        </w:rPr>
        <w:t>[deux à trois semaines]</w:t>
      </w:r>
      <w:r>
        <w:rPr>
          <w:b w:val="0"/>
        </w:rPr>
        <w:t xml:space="preserve"> : le temps que tout arrive et soit lavé avant le retour de la maternité. Le plus simple reste de faire livrer chez nous, </w:t>
      </w:r>
      <w:r>
        <w:rPr>
          <w:b w:val="0"/>
          <w:color w:val="2446A6"/>
        </w:rPr>
        <w:t>[8 allée des Cerisiers]</w:t>
      </w:r>
      <w:r>
        <w:rPr>
          <w:b w:val="0"/>
        </w:rPr>
        <w:t>, nous serons là.</w:t>
      </w:r>
    </w:p>
    <w:p>
      <w:r>
        <w:rPr>
          <w:b w:val="0"/>
        </w:rPr>
        <w:t>Et si vous n'avez rien le jour J, ce n'est pas grave : vous passerez boire un café, ce sera déjà beaucoup.</w:t>
      </w:r>
    </w:p>
    <w:p>
      <w:r>
        <w:rPr>
          <w:b w:val="0"/>
        </w:rPr>
        <w:t>Gros bisous et à très vite,</w:t>
      </w:r>
    </w:p>
    <w:p/>
    <w:p>
      <w:pPr>
        <w:jc w:val="right"/>
      </w:pPr>
      <w:r>
        <w:rPr>
          <w:b w:val="0"/>
          <w:color w:val="2446A6"/>
        </w:rPr>
        <w:t>[Pauline et Thomas]</w:t>
      </w:r>
    </w:p>
    <w:sectPr w:rsidR="00FC693F" w:rsidRPr="0006063C" w:rsidSect="00034616">
      <w:pgSz w:w="11906" w:h="16838"/>
      <w:pgMar w:top="1134"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Message pour accompagner une liste de naissance</dc:title>
  <dc:subject/>
  <dc:creator/>
  <cp:keywords/>
  <dc:description/>
  <cp:lastModifiedBy/>
  <cp:revision>1</cp:revision>
  <dcterms:created xsi:type="dcterms:W3CDTF">2013-12-23T23:15:00Z</dcterms:created>
  <dcterms:modified xsi:type="dcterms:W3CDTF">2013-12-23T23:15:00Z</dcterms:modified>
  <cp:category/>
</cp:coreProperties>
</file>