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Chers </w:t>
      </w:r>
      <w:r>
        <w:rPr>
          <w:b w:val="0"/>
          <w:color w:val="2446A6"/>
        </w:rPr>
        <w:t>[Marc]</w:t>
      </w:r>
      <w:r>
        <w:rPr>
          <w:b w:val="0"/>
        </w:rPr>
        <w:t xml:space="preserve"> et </w:t>
      </w:r>
      <w:r>
        <w:rPr>
          <w:b w:val="0"/>
          <w:color w:val="2446A6"/>
        </w:rPr>
        <w:t>[Julie]</w:t>
      </w:r>
      <w:r>
        <w:rPr>
          <w:b w:val="0"/>
        </w:rPr>
        <w:t>,</w:t>
      </w:r>
    </w:p>
    <w:p>
      <w:r>
        <w:rPr>
          <w:b w:val="0"/>
        </w:rPr>
        <w:t xml:space="preserve">Quelle joie d’apprendre la venue de votre petit </w:t>
      </w:r>
      <w:r>
        <w:rPr>
          <w:b w:val="0"/>
          <w:color w:val="2446A6"/>
        </w:rPr>
        <w:t>[Gabriel]</w:t>
      </w:r>
      <w:r>
        <w:rPr>
          <w:b w:val="0"/>
        </w:rPr>
        <w:t xml:space="preserve"> ! Son prénom, doux et lumineux, m’a tout de suite fait penser à la chanson que </w:t>
      </w:r>
      <w:r>
        <w:rPr>
          <w:b w:val="0"/>
          <w:color w:val="2446A6"/>
        </w:rPr>
        <w:t>[Julie]</w:t>
      </w:r>
      <w:r>
        <w:rPr>
          <w:b w:val="0"/>
        </w:rPr>
        <w:t xml:space="preserve"> fredonnait enfant. Il est né un </w:t>
      </w:r>
      <w:r>
        <w:rPr>
          <w:b w:val="0"/>
          <w:color w:val="2446A6"/>
        </w:rPr>
        <w:t>[lundi 21 septembre]</w:t>
      </w:r>
      <w:r>
        <w:rPr>
          <w:b w:val="0"/>
        </w:rPr>
        <w:t xml:space="preserve"> à </w:t>
      </w:r>
      <w:r>
        <w:rPr>
          <w:b w:val="0"/>
          <w:color w:val="2446A6"/>
        </w:rPr>
        <w:t>[8 h 15]</w:t>
      </w:r>
      <w:r>
        <w:rPr>
          <w:b w:val="0"/>
        </w:rPr>
        <w:t xml:space="preserve">, pesant </w:t>
      </w:r>
      <w:r>
        <w:rPr>
          <w:b w:val="0"/>
          <w:color w:val="2446A6"/>
        </w:rPr>
        <w:t>[3,6 kg]</w:t>
      </w:r>
      <w:r>
        <w:rPr>
          <w:b w:val="0"/>
        </w:rPr>
        <w:t xml:space="preserve"> et mesurant </w:t>
      </w:r>
      <w:r>
        <w:rPr>
          <w:b w:val="0"/>
          <w:color w:val="2446A6"/>
        </w:rPr>
        <w:t>[49 cm]</w:t>
      </w:r>
      <w:r>
        <w:rPr>
          <w:b w:val="0"/>
        </w:rPr>
        <w:t xml:space="preserve"> : un beau bébé bien dodu, d’après la photo.</w:t>
      </w:r>
    </w:p>
    <w:p>
      <w:r>
        <w:rPr>
          <w:b w:val="0"/>
        </w:rPr>
        <w:t xml:space="preserve">Je me souviens de </w:t>
      </w:r>
      <w:r>
        <w:rPr>
          <w:b w:val="0"/>
          <w:color w:val="2446A6"/>
        </w:rPr>
        <w:t>[Marc]</w:t>
      </w:r>
      <w:r>
        <w:rPr>
          <w:b w:val="0"/>
        </w:rPr>
        <w:t xml:space="preserve"> dévalant les pentes en luge, le sourire aux lèvres, l’hiver de ses huit ans. </w:t>
      </w:r>
      <w:r>
        <w:rPr>
          <w:b w:val="0"/>
          <w:color w:val="2446A6"/>
        </w:rPr>
        <w:t>[Gabriel]</w:t>
      </w:r>
      <w:r>
        <w:rPr>
          <w:b w:val="0"/>
        </w:rPr>
        <w:t xml:space="preserve"> aura sans doute la même audace joyeuse. J’espère qu’il héritera aussi du rire si particulier de sa maman, celui qui réchauffe toute une pièce.</w:t>
      </w:r>
    </w:p>
    <w:p>
      <w:r>
        <w:rPr>
          <w:b w:val="0"/>
        </w:rPr>
        <w:t>Je lui souhaite de grandir entouré d’amour, de livres et de rires, avec des parents qui lui montreront le chemin des étoiles. Prenez le temps de contempler ses premiers sourires, ils passent si vite.</w:t>
      </w:r>
    </w:p>
    <w:p>
      <w:r>
        <w:rPr>
          <w:b w:val="0"/>
        </w:rPr>
        <w:t>Avec toute ma tendresse,</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Message de félicitations pour la naissance d'un garçon</dc:title>
  <dc:subject/>
  <dc:creator/>
  <cp:keywords/>
  <dc:description/>
  <cp:lastModifiedBy/>
  <cp:revision>1</cp:revision>
  <dcterms:created xsi:type="dcterms:W3CDTF">2013-12-23T23:15:00Z</dcterms:created>
  <dcterms:modified xsi:type="dcterms:W3CDTF">2013-12-23T23:15:00Z</dcterms:modified>
  <cp:category/>
</cp:coreProperties>
</file>