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Chers </w:t>
      </w:r>
      <w:r>
        <w:rPr>
          <w:b w:val="0"/>
          <w:color w:val="2446A6"/>
        </w:rPr>
        <w:t>[Ahmed et Fatima]</w:t>
      </w:r>
      <w:r>
        <w:rPr>
          <w:b w:val="0"/>
        </w:rPr>
        <w:t>,</w:t>
      </w:r>
    </w:p>
    <w:p>
      <w:r>
        <w:rPr>
          <w:b w:val="0"/>
        </w:rPr>
        <w:t xml:space="preserve">Quelle joie immense d’apprendre la venue au monde de votre petit </w:t>
      </w:r>
      <w:r>
        <w:rPr>
          <w:b w:val="0"/>
          <w:color w:val="2446A6"/>
        </w:rPr>
        <w:t>[Youssef]</w:t>
      </w:r>
      <w:r>
        <w:rPr>
          <w:b w:val="0"/>
        </w:rPr>
        <w:t xml:space="preserve"> ! Depuis l’annonce de votre grossesse, je priais pour que tout se passe bien, et Allah, dans Sa miséricorde, vous a comblés. Alhamdulillah, votre famille s’agrandit et je suis si heureuse pour vous.</w:t>
      </w:r>
    </w:p>
    <w:p>
      <w:r>
        <w:rPr>
          <w:b w:val="0"/>
        </w:rPr>
        <w:t>Je sais que vous avez déjà murmuré l’adhan à son oreille droite, comme le veut la tradition, et j’imagine la douceur de ce moment. J’ai hâte de connaître le prénom que vous avez choisi, un prénom qui, je l’espère, portera en lui la baraka et guidera ses pas toute sa vie. Qu’Allah fasse de cet enfant un pieux serviteur, une source de fierté pour ses parents et un bienfait pour la Oumma.</w:t>
      </w:r>
    </w:p>
    <w:p>
      <w:r>
        <w:rPr>
          <w:b w:val="0"/>
        </w:rPr>
        <w:t>Pour célébrer cette naissance, je vous envoie une petite sadaqa que vous pourrez utiliser pour l’aqiqah, si vous le souhaitez. J’aurais aimé être à vos côtés pour partager ce bonheur, mais sachez que mes douas vous accompagnent chaque jour. Mabrouk, encore une fois, et qu’Allah vous accorde patience et sagesse dans cette nouvelle aventure.</w:t>
      </w:r>
    </w:p>
    <w:p>
      <w:r>
        <w:rPr>
          <w:b w:val="0"/>
        </w:rPr>
        <w:t>Avec toute mon affection et mes prières,</w:t>
      </w:r>
    </w:p>
    <w:p/>
    <w:p>
      <w:pPr>
        <w:jc w:val="right"/>
      </w:pPr>
      <w:r>
        <w:rPr>
          <w:b w:val="0"/>
          <w:color w:val="2446A6"/>
        </w:rPr>
        <w:t>[Claire Dumontet]</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Message de naissance islam : félicitations pour une naissance (tradition musulmane)</dc:title>
  <dc:subject/>
  <dc:creator/>
  <cp:keywords/>
  <dc:description/>
  <cp:lastModifiedBy/>
  <cp:revision>1</cp:revision>
  <dcterms:created xsi:type="dcterms:W3CDTF">2013-12-23T23:15:00Z</dcterms:created>
  <dcterms:modified xsi:type="dcterms:W3CDTF">2013-12-23T23:15:00Z</dcterms:modified>
  <cp:category/>
</cp:coreProperties>
</file>