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69003 Lyon]</w:t>
      </w:r>
    </w:p>
    <w:p>
      <w:pPr>
        <w:spacing w:after="0"/>
      </w:pPr>
      <w:r>
        <w:rPr>
          <w:b w:val="0"/>
          <w:color w:val="2446A6"/>
        </w:rPr>
        <w:t>[06 12 34 56 78 — prenom.nom@email.fr]</w:t>
      </w:r>
    </w:p>
    <w:p/>
    <w:p>
      <w:pPr>
        <w:spacing w:after="0"/>
        <w:jc w:val="right"/>
      </w:pPr>
      <w:r>
        <w:rPr>
          <w:b w:val="0"/>
        </w:rPr>
        <w:t>Madame Claire Vasseur</w:t>
      </w:r>
    </w:p>
    <w:p>
      <w:pPr>
        <w:spacing w:after="0"/>
        <w:jc w:val="right"/>
      </w:pPr>
      <w:r>
        <w:rPr>
          <w:b w:val="0"/>
        </w:rPr>
        <w:t>Responsable recrutement — Groupe Delaroche</w:t>
      </w:r>
    </w:p>
    <w:p>
      <w:pPr>
        <w:spacing w:after="0"/>
        <w:jc w:val="right"/>
      </w:pPr>
      <w:r>
        <w:rPr>
          <w:b w:val="0"/>
        </w:rPr>
        <w:t>45 avenue de la République, 69002 Lyon</w:t>
      </w:r>
    </w:p>
    <w:p/>
    <w:p>
      <w:pPr>
        <w:jc w:val="right"/>
      </w:pPr>
      <w:r>
        <w:rPr>
          <w:b w:val="0"/>
        </w:rPr>
        <w:t>À Lyon, le 24 septembre 2026</w:t>
      </w:r>
    </w:p>
    <w:p>
      <w:r>
        <w:rPr>
          <w:b/>
        </w:rPr>
        <w:t>Objet : candidature au stage de six mois en contrôle de gestion à partir de janvier 2027</w:t>
      </w:r>
    </w:p>
    <w:p/>
    <w:p>
      <w:r>
        <w:rPr>
          <w:b w:val="0"/>
        </w:rPr>
        <w:t>Madame,</w:t>
      </w:r>
    </w:p>
    <w:p>
      <w:r>
        <w:rPr>
          <w:b w:val="0"/>
        </w:rPr>
        <w:t>Étudiant en deuxième année de BUT Gestion des entreprises et des administrations à l'IUT de Lyon, je recherche un stage de six mois à compter du 4 janvier 2027, dans le cadre de ma troisième année. Votre service contrôle de gestion, que vous avez renforcé de deux postes en 2025 selon le rapport annuel du groupe, correspond exactement au terrain que je cherche : de la production de tableaux de bord sur un périmètre industriel.</w:t>
      </w:r>
    </w:p>
    <w:p>
      <w:r>
        <w:rPr>
          <w:b w:val="0"/>
        </w:rPr>
        <w:t xml:space="preserve">En travaux dirigés, j'ai construit un tableau de bord de trésorerie sur un cas d'entreprise fictive de </w:t>
      </w:r>
      <w:r>
        <w:rPr>
          <w:b w:val="0"/>
          <w:color w:val="2446A6"/>
        </w:rPr>
        <w:t>[120 salariés]</w:t>
      </w:r>
      <w:r>
        <w:rPr>
          <w:b w:val="0"/>
        </w:rPr>
        <w:t xml:space="preserve">, avec suivi des écarts budgétaires mois par mois et restitution devant un jury de trois enseignants. J'ai également suivi la formation Excel avancé de mon IUT, soit </w:t>
      </w:r>
      <w:r>
        <w:rPr>
          <w:b w:val="0"/>
          <w:color w:val="2446A6"/>
        </w:rPr>
        <w:t>[vingt heures]</w:t>
      </w:r>
      <w:r>
        <w:rPr>
          <w:b w:val="0"/>
        </w:rPr>
        <w:t xml:space="preserve"> de tableaux croisés dynamiques et de requêtes Power Query. Je sais donc consolider des données, détecter une dérive et la présenter en réunion.</w:t>
      </w:r>
    </w:p>
    <w:p>
      <w:r>
        <w:rPr>
          <w:b w:val="0"/>
        </w:rPr>
        <w:t>Ce que je viens chercher chez Delaroche, c'est votre organisation en trois pôles industriels : je veux comprendre comment un contrôleur de gestion arbitre entre les demandes d'un site et les contraintes du siège. Je suis disponible pour un entretien à Lyon ou en visioconférence, y compris en fin de journée, et je peux commencer dès la fin des partiels, le 18 décembre 2026.</w:t>
      </w:r>
    </w:p>
    <w:p>
      <w:r>
        <w:rPr>
          <w:b w:val="0"/>
        </w:rPr>
        <w:t>Je vous remercie de l'attention portée à ma candidature et vous prie d'agréer, Madame, l'expression de ma considération distinguée.</w:t>
      </w:r>
    </w:p>
    <w:p/>
    <w:p/>
    <w:p>
      <w:pPr>
        <w:jc w:val="right"/>
      </w:pPr>
      <w:r>
        <w:rPr>
          <w:b w:val="0"/>
          <w:color w:val="2446A6"/>
        </w:rPr>
        <w:t>[Prénom Nom]</w:t>
      </w:r>
    </w:p>
    <w:p/>
    <w:p>
      <w:r>
        <w:rPr>
          <w:b w:val="0"/>
        </w:rPr>
        <w:t>Pièce jointe : curriculum vitae (1 page) et relevé de notes du semestre 3</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un stage</dc:title>
  <dc:subject/>
  <dc:creator/>
  <cp:keywords/>
  <dc:description/>
  <cp:lastModifiedBy/>
  <cp:revision>1</cp:revision>
  <dcterms:created xsi:type="dcterms:W3CDTF">2013-12-23T23:15:00Z</dcterms:created>
  <dcterms:modified xsi:type="dcterms:W3CDTF">2013-12-23T23:15:00Z</dcterms:modified>
  <cp:category/>
</cp:coreProperties>
</file>