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val="0"/>
        </w:rPr>
        <w:t>Cher Père Noël,</w:t>
      </w:r>
    </w:p>
    <w:p>
      <w:r>
        <w:rPr>
          <w:b w:val="0"/>
        </w:rPr>
        <w:t>J’ai été très sage cette année : j’ai rangé ma chambre tous les soirs et j’ai aidé Mamie à arroser ses géraniums sur son balcon. À l’école, j’ai appris à écrire mon nom en attaché, c’est pour ça que ma lettre est plus jolie qu’avant.</w:t>
      </w:r>
    </w:p>
    <w:p>
      <w:r>
        <w:rPr>
          <w:b w:val="0"/>
        </w:rPr>
        <w:t xml:space="preserve">Pour Noël, je rêve d’une </w:t>
      </w:r>
      <w:r>
        <w:rPr>
          <w:b w:val="0"/>
          <w:color w:val="2446A6"/>
        </w:rPr>
        <w:t>[poupée qui parle]</w:t>
      </w:r>
      <w:r>
        <w:rPr>
          <w:b w:val="0"/>
        </w:rPr>
        <w:t xml:space="preserve"> et d’un </w:t>
      </w:r>
      <w:r>
        <w:rPr>
          <w:b w:val="0"/>
          <w:color w:val="2446A6"/>
        </w:rPr>
        <w:t>[train en bois avec une gare]</w:t>
      </w:r>
      <w:r>
        <w:rPr>
          <w:b w:val="0"/>
        </w:rPr>
        <w:t xml:space="preserve">. J’aimerais aussi un </w:t>
      </w:r>
      <w:r>
        <w:rPr>
          <w:b w:val="0"/>
          <w:color w:val="2446A6"/>
        </w:rPr>
        <w:t>[livre sur les dinosaures]</w:t>
      </w:r>
      <w:r>
        <w:rPr>
          <w:b w:val="0"/>
        </w:rPr>
        <w:t>, parce que j’adore le tyrannosaure. Cette année, on a visité le musée avec Papa, c’était impressionnant.</w:t>
      </w:r>
    </w:p>
    <w:p>
      <w:r>
        <w:rPr>
          <w:b w:val="0"/>
        </w:rPr>
        <w:t>Tu te souviens, l’année dernière, tu m’avais apporté la boîte de pastels ? Je les ai presque tous usés, surtout le rouge et le bleu. J’ai dessiné toute la famille et même le chat de tante Lucie.</w:t>
      </w:r>
    </w:p>
    <w:p>
      <w:r>
        <w:rPr>
          <w:b w:val="0"/>
        </w:rPr>
        <w:t>J’espère que tes rennes ne seront pas trop fatigués pour le grand voyage. Je laisserai des carottes et un verre de lait sur la table du salon, comme d’habitude. Passe un bon réveillon et merci de tout le travail que font les lutins à l’atelier.</w:t>
      </w:r>
    </w:p>
    <w:p>
      <w:r>
        <w:rPr>
          <w:b w:val="0"/>
        </w:rPr>
        <w:t>Je t’embrasse fort,</w:t>
      </w:r>
    </w:p>
    <w:p/>
    <w:p>
      <w:pPr>
        <w:jc w:val="right"/>
      </w:pPr>
      <w:r>
        <w:rPr>
          <w:b w:val="0"/>
          <w:color w:val="2446A6"/>
        </w:rPr>
        <w:t>[Prénom]</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lettre au père Noël</dc:title>
  <dc:subject/>
  <dc:creator/>
  <cp:keywords/>
  <dc:description/>
  <cp:lastModifiedBy/>
  <cp:revision>1</cp:revision>
  <dcterms:created xsi:type="dcterms:W3CDTF">2013-12-23T23:15:00Z</dcterms:created>
  <dcterms:modified xsi:type="dcterms:W3CDTF">2013-12-23T23:15:00Z</dcterms:modified>
  <cp:category/>
</cp:coreProperties>
</file>